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138C8" w14:textId="77777777" w:rsidR="00015841" w:rsidRPr="00880FC3" w:rsidRDefault="00015841" w:rsidP="00015841">
      <w:pPr>
        <w:jc w:val="center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  <w:noProof/>
          <w:lang w:val="tr-TR" w:eastAsia="tr-TR"/>
        </w:rPr>
        <w:drawing>
          <wp:inline distT="0" distB="0" distL="0" distR="0" wp14:anchorId="22F4F5CE" wp14:editId="2A86AD17">
            <wp:extent cx="2771775" cy="2810272"/>
            <wp:effectExtent l="0" t="0" r="0" b="9525"/>
            <wp:docPr id="43" name="Resim 43" descr="https://kid.trabzon.edu.tr/Share/8347A1FB6B6E98BCF1810516920C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.trabzon.edu.tr/Share/8347A1FB6B6E98BCF1810516920C47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4" cy="28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477E" w14:textId="77777777" w:rsidR="00015841" w:rsidRPr="00880FC3" w:rsidRDefault="00015841" w:rsidP="00015841">
      <w:pPr>
        <w:rPr>
          <w:rFonts w:asciiTheme="majorHAnsi" w:hAnsiTheme="majorHAnsi" w:cstheme="majorHAnsi"/>
          <w:sz w:val="28"/>
          <w:szCs w:val="28"/>
        </w:rPr>
      </w:pPr>
    </w:p>
    <w:p w14:paraId="407F89E9" w14:textId="77777777" w:rsidR="00015841" w:rsidRPr="00880FC3" w:rsidRDefault="00015841" w:rsidP="00015841">
      <w:pPr>
        <w:rPr>
          <w:rFonts w:asciiTheme="majorHAnsi" w:hAnsiTheme="majorHAnsi" w:cstheme="majorHAnsi"/>
          <w:sz w:val="28"/>
          <w:szCs w:val="28"/>
        </w:rPr>
      </w:pPr>
    </w:p>
    <w:p w14:paraId="77DA8103" w14:textId="77777777" w:rsidR="00015841" w:rsidRPr="00880FC3" w:rsidRDefault="00015841" w:rsidP="00015841">
      <w:pPr>
        <w:rPr>
          <w:rFonts w:asciiTheme="majorHAnsi" w:hAnsiTheme="majorHAnsi" w:cstheme="majorHAnsi"/>
          <w:sz w:val="28"/>
          <w:szCs w:val="28"/>
        </w:rPr>
      </w:pPr>
    </w:p>
    <w:p w14:paraId="14945A56" w14:textId="77777777" w:rsidR="00015841" w:rsidRPr="00880FC3" w:rsidRDefault="00015841" w:rsidP="00015841">
      <w:pPr>
        <w:pStyle w:val="Default"/>
        <w:jc w:val="center"/>
        <w:rPr>
          <w:rFonts w:asciiTheme="majorHAnsi" w:hAnsiTheme="majorHAnsi" w:cstheme="majorHAnsi"/>
          <w:sz w:val="28"/>
          <w:szCs w:val="28"/>
        </w:rPr>
      </w:pPr>
    </w:p>
    <w:p w14:paraId="1A5A4DAA" w14:textId="77777777" w:rsidR="00015841" w:rsidRPr="00880FC3" w:rsidRDefault="00015841" w:rsidP="00015841">
      <w:pPr>
        <w:pStyle w:val="Default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880FC3">
        <w:rPr>
          <w:rFonts w:asciiTheme="majorHAnsi" w:hAnsiTheme="majorHAnsi" w:cstheme="majorHAnsi"/>
          <w:b/>
          <w:bCs/>
          <w:sz w:val="28"/>
          <w:szCs w:val="28"/>
        </w:rPr>
        <w:t>TRABZON ÜNİVERSİTESİ FATİH EĞİTİM FAKÜLTESİ</w:t>
      </w:r>
    </w:p>
    <w:p w14:paraId="156243FC" w14:textId="77777777" w:rsidR="00015841" w:rsidRPr="00880FC3" w:rsidRDefault="00015841" w:rsidP="00015841">
      <w:pPr>
        <w:pStyle w:val="Default"/>
        <w:jc w:val="center"/>
        <w:rPr>
          <w:rFonts w:asciiTheme="majorHAnsi" w:hAnsiTheme="majorHAnsi" w:cstheme="majorHAnsi"/>
          <w:sz w:val="28"/>
          <w:szCs w:val="28"/>
        </w:rPr>
      </w:pPr>
    </w:p>
    <w:p w14:paraId="75D6CA20" w14:textId="77777777" w:rsidR="00015841" w:rsidRPr="00880FC3" w:rsidRDefault="00015841" w:rsidP="0001584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İDARİ PERSONEL</w:t>
      </w:r>
      <w:r w:rsidRPr="00880FC3">
        <w:rPr>
          <w:rFonts w:asciiTheme="majorHAnsi" w:hAnsiTheme="majorHAnsi" w:cstheme="majorHAnsi"/>
          <w:b/>
          <w:bCs/>
          <w:sz w:val="28"/>
          <w:szCs w:val="28"/>
        </w:rPr>
        <w:t xml:space="preserve"> MEMNUNİYET ANKETİ </w:t>
      </w:r>
    </w:p>
    <w:p w14:paraId="4C151493" w14:textId="77777777" w:rsidR="00015841" w:rsidRPr="00880FC3" w:rsidRDefault="00015841" w:rsidP="00015841">
      <w:pPr>
        <w:jc w:val="center"/>
        <w:rPr>
          <w:rFonts w:asciiTheme="majorHAnsi" w:hAnsiTheme="majorHAnsi" w:cstheme="majorHAnsi"/>
          <w:sz w:val="28"/>
          <w:szCs w:val="28"/>
        </w:rPr>
      </w:pPr>
      <w:r w:rsidRPr="00880FC3">
        <w:rPr>
          <w:rFonts w:asciiTheme="majorHAnsi" w:hAnsiTheme="majorHAnsi" w:cstheme="majorHAnsi"/>
          <w:b/>
          <w:bCs/>
          <w:sz w:val="28"/>
          <w:szCs w:val="28"/>
        </w:rPr>
        <w:t>DEĞERLENDİRME RAPORU</w:t>
      </w:r>
    </w:p>
    <w:p w14:paraId="5FC33B6B" w14:textId="77777777" w:rsidR="00015841" w:rsidRPr="00880FC3" w:rsidRDefault="00015841" w:rsidP="00015841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FCB66EA" w14:textId="77777777" w:rsidR="00015841" w:rsidRPr="00880FC3" w:rsidRDefault="00015841" w:rsidP="00015841">
      <w:pPr>
        <w:rPr>
          <w:rFonts w:asciiTheme="majorHAnsi" w:hAnsiTheme="majorHAnsi" w:cstheme="majorHAnsi"/>
          <w:sz w:val="28"/>
          <w:szCs w:val="28"/>
        </w:rPr>
      </w:pPr>
    </w:p>
    <w:p w14:paraId="19380031" w14:textId="77777777" w:rsidR="00015841" w:rsidRPr="00880FC3" w:rsidRDefault="00015841" w:rsidP="00015841">
      <w:pPr>
        <w:rPr>
          <w:rFonts w:asciiTheme="majorHAnsi" w:hAnsiTheme="majorHAnsi" w:cstheme="majorHAnsi"/>
          <w:sz w:val="28"/>
          <w:szCs w:val="28"/>
        </w:rPr>
      </w:pPr>
    </w:p>
    <w:p w14:paraId="146C21D5" w14:textId="77777777" w:rsidR="00015841" w:rsidRPr="00880FC3" w:rsidRDefault="00015841" w:rsidP="00015841">
      <w:pPr>
        <w:rPr>
          <w:rFonts w:asciiTheme="majorHAnsi" w:hAnsiTheme="majorHAnsi" w:cstheme="majorHAnsi"/>
        </w:rPr>
      </w:pPr>
    </w:p>
    <w:p w14:paraId="135AAD8A" w14:textId="77777777" w:rsidR="00015841" w:rsidRDefault="00015841" w:rsidP="00015841">
      <w:pPr>
        <w:rPr>
          <w:rFonts w:asciiTheme="majorHAnsi" w:hAnsiTheme="majorHAnsi" w:cstheme="majorHAnsi"/>
        </w:rPr>
      </w:pPr>
    </w:p>
    <w:p w14:paraId="18C053B6" w14:textId="77777777" w:rsidR="00015841" w:rsidRPr="00880FC3" w:rsidRDefault="00015841" w:rsidP="00015841">
      <w:pPr>
        <w:rPr>
          <w:rFonts w:asciiTheme="majorHAnsi" w:hAnsiTheme="majorHAnsi" w:cstheme="majorHAnsi"/>
        </w:rPr>
      </w:pPr>
    </w:p>
    <w:p w14:paraId="25583906" w14:textId="77777777" w:rsidR="00015841" w:rsidRPr="00880FC3" w:rsidRDefault="00015841" w:rsidP="00015841">
      <w:pPr>
        <w:rPr>
          <w:rFonts w:asciiTheme="majorHAnsi" w:hAnsiTheme="majorHAnsi" w:cstheme="majorHAnsi"/>
        </w:rPr>
      </w:pPr>
    </w:p>
    <w:p w14:paraId="44904EBB" w14:textId="77777777" w:rsidR="00015841" w:rsidRPr="00880FC3" w:rsidRDefault="00015841" w:rsidP="00015841">
      <w:pPr>
        <w:jc w:val="center"/>
        <w:rPr>
          <w:rFonts w:asciiTheme="majorHAnsi" w:hAnsiTheme="majorHAnsi" w:cstheme="majorHAnsi"/>
          <w:b/>
        </w:rPr>
      </w:pPr>
      <w:r w:rsidRPr="00880FC3">
        <w:rPr>
          <w:rFonts w:asciiTheme="majorHAnsi" w:hAnsiTheme="majorHAnsi" w:cstheme="majorHAnsi"/>
          <w:b/>
        </w:rPr>
        <w:t>TRABZON</w:t>
      </w:r>
    </w:p>
    <w:p w14:paraId="6F293492" w14:textId="77777777" w:rsidR="00015841" w:rsidRDefault="00015841" w:rsidP="00015841">
      <w:pPr>
        <w:jc w:val="center"/>
        <w:rPr>
          <w:rFonts w:asciiTheme="majorHAnsi" w:hAnsiTheme="majorHAnsi" w:cstheme="majorHAnsi"/>
          <w:b/>
        </w:rPr>
      </w:pPr>
      <w:r w:rsidRPr="00880FC3">
        <w:rPr>
          <w:rFonts w:asciiTheme="majorHAnsi" w:hAnsiTheme="majorHAnsi" w:cstheme="majorHAnsi"/>
          <w:b/>
        </w:rPr>
        <w:t>2026</w:t>
      </w:r>
    </w:p>
    <w:p w14:paraId="1AD2C0AC" w14:textId="77777777" w:rsidR="00015841" w:rsidRPr="00015841" w:rsidRDefault="00015841" w:rsidP="00015841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color w:val="17365D"/>
          <w:sz w:val="40"/>
        </w:rPr>
        <w:lastRenderedPageBreak/>
        <w:t>İDARİ PERSONEL</w:t>
      </w:r>
      <w:r w:rsidRPr="00880FC3">
        <w:rPr>
          <w:rFonts w:asciiTheme="majorHAnsi" w:hAnsiTheme="majorHAnsi" w:cstheme="majorHAnsi"/>
          <w:b/>
          <w:color w:val="17365D"/>
          <w:sz w:val="40"/>
        </w:rPr>
        <w:t xml:space="preserve"> MEMNUNİYET ANKETİ</w:t>
      </w:r>
      <w:r w:rsidRPr="00880FC3">
        <w:rPr>
          <w:rFonts w:asciiTheme="majorHAnsi" w:hAnsiTheme="majorHAnsi" w:cstheme="majorHAnsi"/>
          <w:b/>
          <w:color w:val="17365D"/>
          <w:sz w:val="40"/>
        </w:rPr>
        <w:br/>
        <w:t>DEĞERLENDİRME RAPORU</w:t>
      </w:r>
    </w:p>
    <w:p w14:paraId="2236553C" w14:textId="77777777" w:rsidR="00015841" w:rsidRPr="00880FC3" w:rsidRDefault="00015841" w:rsidP="00015841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1. 1. AMAÇ VE KAPSAM</w:t>
      </w:r>
    </w:p>
    <w:p w14:paraId="1970B4F8" w14:textId="723F8FEA" w:rsidR="00EE569C" w:rsidRPr="00015841" w:rsidRDefault="00015841">
      <w:pPr>
        <w:jc w:val="both"/>
        <w:rPr>
          <w:sz w:val="22"/>
        </w:rPr>
      </w:pPr>
      <w:r w:rsidRPr="00015841">
        <w:rPr>
          <w:sz w:val="22"/>
        </w:rPr>
        <w:t xml:space="preserve">Bu </w:t>
      </w:r>
      <w:proofErr w:type="spellStart"/>
      <w:r w:rsidRPr="00015841">
        <w:rPr>
          <w:sz w:val="22"/>
        </w:rPr>
        <w:t>rapor</w:t>
      </w:r>
      <w:proofErr w:type="spellEnd"/>
      <w:r w:rsidRPr="00015841">
        <w:rPr>
          <w:sz w:val="22"/>
        </w:rPr>
        <w:t xml:space="preserve">, Trabzon </w:t>
      </w:r>
      <w:proofErr w:type="spellStart"/>
      <w:r w:rsidRPr="00015841">
        <w:rPr>
          <w:sz w:val="22"/>
        </w:rPr>
        <w:t>Üniversitesi</w:t>
      </w:r>
      <w:proofErr w:type="spellEnd"/>
      <w:r w:rsidRPr="00015841">
        <w:rPr>
          <w:sz w:val="22"/>
        </w:rPr>
        <w:t xml:space="preserve"> Fatih Eğitim </w:t>
      </w:r>
      <w:proofErr w:type="spellStart"/>
      <w:r w:rsidRPr="00015841">
        <w:rPr>
          <w:sz w:val="22"/>
        </w:rPr>
        <w:t>Fakültesinde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görev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yapan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personelin</w:t>
      </w:r>
      <w:proofErr w:type="spellEnd"/>
      <w:r w:rsidRPr="00015841">
        <w:rPr>
          <w:sz w:val="22"/>
        </w:rPr>
        <w:t xml:space="preserve"> </w:t>
      </w:r>
      <w:r w:rsidR="004E02F3">
        <w:rPr>
          <w:sz w:val="22"/>
        </w:rPr>
        <w:t>(</w:t>
      </w:r>
      <w:proofErr w:type="spellStart"/>
      <w:r w:rsidR="004E02F3">
        <w:rPr>
          <w:sz w:val="22"/>
        </w:rPr>
        <w:t>idari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ve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işçi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kadrosunda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görev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yapan</w:t>
      </w:r>
      <w:proofErr w:type="spellEnd"/>
      <w:r w:rsidR="004E02F3">
        <w:rPr>
          <w:sz w:val="22"/>
        </w:rPr>
        <w:t xml:space="preserve"> </w:t>
      </w:r>
      <w:proofErr w:type="spellStart"/>
      <w:r w:rsidR="004E02F3">
        <w:rPr>
          <w:sz w:val="22"/>
        </w:rPr>
        <w:t>personeller</w:t>
      </w:r>
      <w:proofErr w:type="spellEnd"/>
      <w:r w:rsidR="004E02F3">
        <w:rPr>
          <w:sz w:val="22"/>
        </w:rPr>
        <w:t xml:space="preserve">) </w:t>
      </w:r>
      <w:r w:rsidRPr="00015841">
        <w:rPr>
          <w:sz w:val="22"/>
        </w:rPr>
        <w:t xml:space="preserve">2025 </w:t>
      </w:r>
      <w:proofErr w:type="spellStart"/>
      <w:r w:rsidRPr="00015841">
        <w:rPr>
          <w:sz w:val="22"/>
        </w:rPr>
        <w:t>yılına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ilişkin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memnuniyet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düzeylerini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belirlemek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amacıyla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uygulanan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İdari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Memnuniyet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Anketi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sonuçlarının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sistematik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biçimde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hazırlanmıştır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Rapor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verilerin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yalnızca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sunulmasını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değil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aynı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zamanda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yorumlanmasını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önceliklendirilmesini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iyileştirme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alanlarına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dönüştürülmesini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hedeflemektedir</w:t>
      </w:r>
      <w:proofErr w:type="spellEnd"/>
      <w:r w:rsidRPr="00015841">
        <w:rPr>
          <w:sz w:val="22"/>
        </w:rPr>
        <w:t>.</w:t>
      </w:r>
    </w:p>
    <w:p w14:paraId="13DB3D3A" w14:textId="77777777" w:rsidR="00EE569C" w:rsidRPr="00015841" w:rsidRDefault="00015841">
      <w:pPr>
        <w:jc w:val="both"/>
        <w:rPr>
          <w:sz w:val="22"/>
        </w:rPr>
      </w:pPr>
      <w:proofErr w:type="spellStart"/>
      <w:r w:rsidRPr="00015841">
        <w:rPr>
          <w:sz w:val="22"/>
        </w:rPr>
        <w:t>Hazırlanan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değerlendirme</w:t>
      </w:r>
      <w:proofErr w:type="spellEnd"/>
      <w:r w:rsidRPr="00015841">
        <w:rPr>
          <w:sz w:val="22"/>
        </w:rPr>
        <w:t xml:space="preserve">; </w:t>
      </w:r>
      <w:proofErr w:type="spellStart"/>
      <w:r w:rsidRPr="00015841">
        <w:rPr>
          <w:sz w:val="22"/>
        </w:rPr>
        <w:t>kurum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kalite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güvence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süreçlerine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birim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bazlı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iyileştirme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çalışmalarına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karar</w:t>
      </w:r>
      <w:proofErr w:type="spellEnd"/>
      <w:r w:rsidRPr="00015841">
        <w:rPr>
          <w:sz w:val="22"/>
        </w:rPr>
        <w:t xml:space="preserve"> alma </w:t>
      </w:r>
      <w:proofErr w:type="spellStart"/>
      <w:r w:rsidRPr="00015841">
        <w:rPr>
          <w:sz w:val="22"/>
        </w:rPr>
        <w:t>mekanizmalarına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temelli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katkı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sunma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amacı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taşımaktadır</w:t>
      </w:r>
      <w:proofErr w:type="spellEnd"/>
      <w:r w:rsidRPr="00015841">
        <w:rPr>
          <w:sz w:val="22"/>
        </w:rPr>
        <w:t>.</w:t>
      </w:r>
    </w:p>
    <w:p w14:paraId="5CC89736" w14:textId="77777777" w:rsidR="00015841" w:rsidRDefault="00015841">
      <w:pPr>
        <w:jc w:val="both"/>
      </w:pPr>
      <w:r>
        <w:rPr>
          <w:rFonts w:asciiTheme="majorHAnsi" w:hAnsiTheme="majorHAnsi" w:cstheme="majorHAnsi"/>
          <w:b/>
          <w:bCs/>
          <w:color w:val="1F4E79"/>
          <w:sz w:val="26"/>
          <w:szCs w:val="26"/>
        </w:rPr>
        <w:t xml:space="preserve">2. </w:t>
      </w:r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>RAPOR TANIMLAYICI BİLGİLERİ</w:t>
      </w:r>
    </w:p>
    <w:tbl>
      <w:tblPr>
        <w:tblStyle w:val="TabloKlavuzu"/>
        <w:tblpPr w:leftFromText="141" w:rightFromText="141" w:vertAnchor="text" w:horzAnchor="margin" w:tblpXSpec="center" w:tblpY="146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5102"/>
      </w:tblGrid>
      <w:tr w:rsidR="00015841" w:rsidRPr="00880FC3" w14:paraId="3885C97E" w14:textId="77777777" w:rsidTr="00015841">
        <w:tc>
          <w:tcPr>
            <w:tcW w:w="2835" w:type="dxa"/>
            <w:shd w:val="clear" w:color="auto" w:fill="DCE6F1"/>
            <w:vAlign w:val="center"/>
          </w:tcPr>
          <w:p w14:paraId="165DD4DA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Uygulama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dönemi</w:t>
            </w:r>
            <w:proofErr w:type="spellEnd"/>
          </w:p>
        </w:tc>
        <w:tc>
          <w:tcPr>
            <w:tcW w:w="5102" w:type="dxa"/>
            <w:shd w:val="clear" w:color="auto" w:fill="F7F9FC"/>
            <w:vAlign w:val="center"/>
          </w:tcPr>
          <w:p w14:paraId="28BB67B1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Pr="00880FC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Nisan</w:t>
            </w:r>
            <w:r w:rsidRPr="00880FC3">
              <w:rPr>
                <w:rFonts w:asciiTheme="majorHAnsi" w:hAnsiTheme="majorHAnsi" w:cstheme="majorHAnsi"/>
              </w:rPr>
              <w:t xml:space="preserve"> 2026 – 1</w:t>
            </w:r>
            <w:r>
              <w:rPr>
                <w:rFonts w:asciiTheme="majorHAnsi" w:hAnsiTheme="majorHAnsi" w:cstheme="majorHAnsi"/>
              </w:rPr>
              <w:t>4</w:t>
            </w:r>
            <w:r w:rsidRPr="00880FC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Nisan</w:t>
            </w:r>
            <w:r w:rsidRPr="00880FC3">
              <w:rPr>
                <w:rFonts w:asciiTheme="majorHAnsi" w:hAnsiTheme="majorHAnsi" w:cstheme="majorHAnsi"/>
              </w:rPr>
              <w:t xml:space="preserve"> 2026</w:t>
            </w:r>
          </w:p>
        </w:tc>
      </w:tr>
      <w:tr w:rsidR="00015841" w:rsidRPr="00880FC3" w14:paraId="4D9B6EEB" w14:textId="77777777" w:rsidTr="00015841">
        <w:tc>
          <w:tcPr>
            <w:tcW w:w="2835" w:type="dxa"/>
            <w:shd w:val="clear" w:color="auto" w:fill="DCE6F1"/>
            <w:vAlign w:val="center"/>
          </w:tcPr>
          <w:p w14:paraId="7F8FB897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Hedef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kitle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büyüklüğü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(N)</w:t>
            </w:r>
          </w:p>
        </w:tc>
        <w:tc>
          <w:tcPr>
            <w:tcW w:w="5102" w:type="dxa"/>
            <w:shd w:val="clear" w:color="auto" w:fill="F7F9FC"/>
            <w:vAlign w:val="center"/>
          </w:tcPr>
          <w:p w14:paraId="47A9868B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</w:t>
            </w:r>
          </w:p>
        </w:tc>
      </w:tr>
      <w:tr w:rsidR="00015841" w:rsidRPr="00880FC3" w14:paraId="0F28EB92" w14:textId="77777777" w:rsidTr="00015841">
        <w:tc>
          <w:tcPr>
            <w:tcW w:w="2835" w:type="dxa"/>
            <w:shd w:val="clear" w:color="auto" w:fill="DCE6F1"/>
            <w:vAlign w:val="center"/>
          </w:tcPr>
          <w:p w14:paraId="5EFB00D7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Katılımcı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sayısı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(n)</w:t>
            </w:r>
          </w:p>
        </w:tc>
        <w:tc>
          <w:tcPr>
            <w:tcW w:w="5102" w:type="dxa"/>
            <w:shd w:val="clear" w:color="auto" w:fill="F7F9FC"/>
            <w:vAlign w:val="center"/>
          </w:tcPr>
          <w:p w14:paraId="5E5C1F48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17</w:t>
            </w:r>
          </w:p>
        </w:tc>
      </w:tr>
      <w:tr w:rsidR="00015841" w:rsidRPr="00880FC3" w14:paraId="37CD12F3" w14:textId="77777777" w:rsidTr="00015841">
        <w:tc>
          <w:tcPr>
            <w:tcW w:w="2835" w:type="dxa"/>
            <w:shd w:val="clear" w:color="auto" w:fill="DCE6F1"/>
            <w:vAlign w:val="center"/>
          </w:tcPr>
          <w:p w14:paraId="2FE1EE6C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Katılım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oranı</w:t>
            </w:r>
          </w:p>
        </w:tc>
        <w:tc>
          <w:tcPr>
            <w:tcW w:w="5102" w:type="dxa"/>
            <w:shd w:val="clear" w:color="auto" w:fill="F7F9FC"/>
            <w:vAlign w:val="center"/>
          </w:tcPr>
          <w:p w14:paraId="0984696C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</w:rPr>
            </w:pPr>
            <w:r w:rsidRPr="00880FC3">
              <w:rPr>
                <w:rFonts w:asciiTheme="majorHAnsi" w:hAnsiTheme="majorHAnsi" w:cstheme="majorHAnsi"/>
              </w:rPr>
              <w:t>%</w:t>
            </w:r>
            <w:r>
              <w:rPr>
                <w:rFonts w:asciiTheme="majorHAnsi" w:hAnsiTheme="majorHAnsi" w:cstheme="majorHAnsi"/>
              </w:rPr>
              <w:t>80.95</w:t>
            </w:r>
          </w:p>
        </w:tc>
      </w:tr>
    </w:tbl>
    <w:p w14:paraId="515CCF64" w14:textId="77777777" w:rsidR="00015841" w:rsidRDefault="00015841">
      <w:pPr>
        <w:jc w:val="both"/>
      </w:pPr>
    </w:p>
    <w:p w14:paraId="708D045E" w14:textId="77777777" w:rsidR="00015841" w:rsidRDefault="00015841">
      <w:pPr>
        <w:jc w:val="both"/>
      </w:pPr>
    </w:p>
    <w:p w14:paraId="6CED9091" w14:textId="77777777" w:rsidR="00015841" w:rsidRDefault="00015841">
      <w:pPr>
        <w:jc w:val="both"/>
      </w:pPr>
    </w:p>
    <w:p w14:paraId="70D005C8" w14:textId="77777777" w:rsidR="00015841" w:rsidRDefault="00015841">
      <w:pPr>
        <w:jc w:val="both"/>
      </w:pPr>
    </w:p>
    <w:p w14:paraId="777AB447" w14:textId="77777777" w:rsidR="00015841" w:rsidRPr="00015841" w:rsidRDefault="00015841">
      <w:pPr>
        <w:jc w:val="both"/>
        <w:rPr>
          <w:sz w:val="22"/>
        </w:rPr>
      </w:pPr>
      <w:proofErr w:type="spellStart"/>
      <w:r w:rsidRPr="00015841">
        <w:rPr>
          <w:sz w:val="22"/>
        </w:rPr>
        <w:t>İdari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katılım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oranı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uygulama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süresine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değerlendirildiğinde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oldukça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başarılı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sonuçtur</w:t>
      </w:r>
      <w:proofErr w:type="spellEnd"/>
      <w:r w:rsidRPr="00015841">
        <w:rPr>
          <w:sz w:val="22"/>
        </w:rPr>
        <w:t xml:space="preserve">. Bu </w:t>
      </w:r>
      <w:proofErr w:type="spellStart"/>
      <w:r w:rsidRPr="00015841">
        <w:rPr>
          <w:sz w:val="22"/>
        </w:rPr>
        <w:t>oran</w:t>
      </w:r>
      <w:proofErr w:type="spellEnd"/>
      <w:r w:rsidRPr="00015841">
        <w:rPr>
          <w:sz w:val="22"/>
        </w:rPr>
        <w:t xml:space="preserve">, hem </w:t>
      </w:r>
      <w:proofErr w:type="spellStart"/>
      <w:r w:rsidRPr="00015841">
        <w:rPr>
          <w:sz w:val="22"/>
        </w:rPr>
        <w:t>katılımcıların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konuya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verdikleri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önemi</w:t>
      </w:r>
      <w:proofErr w:type="spellEnd"/>
      <w:r w:rsidRPr="00015841">
        <w:rPr>
          <w:sz w:val="22"/>
        </w:rPr>
        <w:t xml:space="preserve"> hem de </w:t>
      </w:r>
      <w:proofErr w:type="spellStart"/>
      <w:r w:rsidRPr="00015841">
        <w:rPr>
          <w:sz w:val="22"/>
        </w:rPr>
        <w:t>uygulayıcıların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etkin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takip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stratejisi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yürüttüğünü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göstermektedir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Sadece</w:t>
      </w:r>
      <w:proofErr w:type="spellEnd"/>
      <w:r w:rsidRPr="00015841">
        <w:rPr>
          <w:sz w:val="22"/>
        </w:rPr>
        <w:t xml:space="preserve"> 4 </w:t>
      </w:r>
      <w:proofErr w:type="spellStart"/>
      <w:r w:rsidRPr="00015841">
        <w:rPr>
          <w:sz w:val="22"/>
        </w:rPr>
        <w:t>kişiye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ulaşılamamış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olması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sonuçların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geçerliliğini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anlamlı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ölçüde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zayıflatmaz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İdari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özelinde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katılım</w:t>
      </w:r>
      <w:proofErr w:type="spellEnd"/>
      <w:r w:rsidRPr="00015841">
        <w:rPr>
          <w:sz w:val="22"/>
        </w:rPr>
        <w:t>, “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”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“</w:t>
      </w:r>
      <w:proofErr w:type="spellStart"/>
      <w:r w:rsidRPr="00015841">
        <w:rPr>
          <w:sz w:val="22"/>
        </w:rPr>
        <w:t>güvenilir</w:t>
      </w:r>
      <w:proofErr w:type="spellEnd"/>
      <w:r w:rsidRPr="00015841">
        <w:rPr>
          <w:sz w:val="22"/>
        </w:rPr>
        <w:t xml:space="preserve">” </w:t>
      </w:r>
      <w:proofErr w:type="spellStart"/>
      <w:r w:rsidRPr="00015841">
        <w:rPr>
          <w:sz w:val="22"/>
        </w:rPr>
        <w:t>olarak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nitelendirilir</w:t>
      </w:r>
      <w:proofErr w:type="spellEnd"/>
      <w:r w:rsidRPr="00015841">
        <w:rPr>
          <w:sz w:val="22"/>
        </w:rPr>
        <w:t>.</w:t>
      </w:r>
    </w:p>
    <w:p w14:paraId="3962F3EA" w14:textId="77777777" w:rsidR="00015841" w:rsidRPr="00880FC3" w:rsidRDefault="00015841" w:rsidP="00015841">
      <w:pPr>
        <w:jc w:val="both"/>
        <w:rPr>
          <w:rFonts w:asciiTheme="majorHAnsi" w:hAnsiTheme="majorHAnsi" w:cstheme="majorHAnsi"/>
          <w:b/>
          <w:bCs/>
          <w:color w:val="1F4E79"/>
          <w:sz w:val="26"/>
          <w:szCs w:val="26"/>
        </w:rPr>
      </w:pPr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>3. VERİ YAPISI VE ANALİZ YÖNTEMİ</w:t>
      </w:r>
    </w:p>
    <w:p w14:paraId="2434360B" w14:textId="77777777" w:rsidR="00015841" w:rsidRDefault="00015841">
      <w:pPr>
        <w:jc w:val="both"/>
      </w:pPr>
      <w:proofErr w:type="spellStart"/>
      <w:r>
        <w:t>Anket</w:t>
      </w:r>
      <w:proofErr w:type="spellEnd"/>
      <w:r>
        <w:t xml:space="preserve"> </w:t>
      </w:r>
      <w:proofErr w:type="spellStart"/>
      <w:r>
        <w:t>verileri</w:t>
      </w:r>
      <w:proofErr w:type="spellEnd"/>
      <w:r>
        <w:t xml:space="preserve"> 14 Nisan 2026 </w:t>
      </w:r>
      <w:proofErr w:type="spellStart"/>
      <w:r>
        <w:t>ile</w:t>
      </w:r>
      <w:proofErr w:type="spellEnd"/>
      <w:r>
        <w:t xml:space="preserve"> 15 Nisan 2026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proofErr w:type="spellStart"/>
      <w:r>
        <w:t>toplanmıştır</w:t>
      </w:r>
      <w:proofErr w:type="spellEnd"/>
      <w:r>
        <w:t xml:space="preserve">. Veri </w:t>
      </w:r>
      <w:proofErr w:type="spellStart"/>
      <w:r>
        <w:t>setinde</w:t>
      </w:r>
      <w:proofErr w:type="spellEnd"/>
      <w:r>
        <w:t xml:space="preserve"> </w:t>
      </w:r>
      <w:proofErr w:type="spellStart"/>
      <w:r>
        <w:t>toplam</w:t>
      </w:r>
      <w:proofErr w:type="spellEnd"/>
      <w:r>
        <w:t xml:space="preserve"> 17 </w:t>
      </w:r>
      <w:proofErr w:type="spellStart"/>
      <w:r>
        <w:t>yanıt</w:t>
      </w:r>
      <w:proofErr w:type="spellEnd"/>
      <w:r>
        <w:t xml:space="preserve"> </w:t>
      </w:r>
      <w:proofErr w:type="spellStart"/>
      <w:r>
        <w:t>bulunmaktadır</w:t>
      </w:r>
      <w:proofErr w:type="spellEnd"/>
      <w:r>
        <w:t xml:space="preserve">. </w:t>
      </w:r>
    </w:p>
    <w:p w14:paraId="020A1C44" w14:textId="77777777" w:rsidR="00015841" w:rsidRPr="00880FC3" w:rsidRDefault="00015841" w:rsidP="00015841">
      <w:pPr>
        <w:jc w:val="both"/>
        <w:rPr>
          <w:rFonts w:asciiTheme="majorHAnsi" w:hAnsiTheme="majorHAnsi" w:cstheme="majorHAnsi"/>
          <w:b/>
          <w:bCs/>
          <w:color w:val="1F4E79"/>
          <w:sz w:val="26"/>
          <w:szCs w:val="26"/>
        </w:rPr>
      </w:pPr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 xml:space="preserve">3.1 </w:t>
      </w:r>
      <w:proofErr w:type="spellStart"/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>Kullanılan</w:t>
      </w:r>
      <w:proofErr w:type="spellEnd"/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 xml:space="preserve"> </w:t>
      </w:r>
      <w:proofErr w:type="spellStart"/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>Ölçek</w:t>
      </w:r>
      <w:proofErr w:type="spellEnd"/>
    </w:p>
    <w:p w14:paraId="58EB0F21" w14:textId="77777777" w:rsidR="00015841" w:rsidRDefault="00015841" w:rsidP="000158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2"/>
        </w:rPr>
      </w:pPr>
      <w:proofErr w:type="spellStart"/>
      <w:r>
        <w:t>Anket</w:t>
      </w:r>
      <w:proofErr w:type="spellEnd"/>
      <w:r>
        <w:t xml:space="preserve"> </w:t>
      </w:r>
      <w:proofErr w:type="spellStart"/>
      <w:r>
        <w:t>formunda</w:t>
      </w:r>
      <w:proofErr w:type="spellEnd"/>
      <w:r>
        <w:t xml:space="preserve"> 22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kapalı</w:t>
      </w:r>
      <w:proofErr w:type="spellEnd"/>
      <w:r>
        <w:t xml:space="preserve"> </w:t>
      </w:r>
      <w:proofErr w:type="spellStart"/>
      <w:r>
        <w:t>uçlu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maddesi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1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uçlu</w:t>
      </w:r>
      <w:proofErr w:type="spellEnd"/>
      <w:r>
        <w:t xml:space="preserve"> </w:t>
      </w:r>
      <w:proofErr w:type="spellStart"/>
      <w:r>
        <w:t>görüş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öneri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 xml:space="preserve">. </w:t>
      </w:r>
      <w:proofErr w:type="spellStart"/>
      <w:r w:rsidRPr="00880FC3">
        <w:rPr>
          <w:rFonts w:asciiTheme="majorHAnsi" w:hAnsiTheme="majorHAnsi" w:cstheme="majorHAnsi"/>
          <w:sz w:val="22"/>
        </w:rPr>
        <w:t>Memnuniyet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düzeyini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ölçmeye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yönelik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maddeler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, 5’li Likert tipi </w:t>
      </w:r>
      <w:proofErr w:type="spellStart"/>
      <w:r w:rsidRPr="00880FC3">
        <w:rPr>
          <w:rFonts w:asciiTheme="majorHAnsi" w:hAnsiTheme="majorHAnsi" w:cstheme="majorHAnsi"/>
          <w:sz w:val="22"/>
        </w:rPr>
        <w:t>derecelendirme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ölçeği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kullanılarak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yapılandırılmıştır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. </w:t>
      </w:r>
      <w:proofErr w:type="spellStart"/>
      <w:r w:rsidRPr="00880FC3">
        <w:rPr>
          <w:rFonts w:asciiTheme="majorHAnsi" w:hAnsiTheme="majorHAnsi" w:cstheme="majorHAnsi"/>
          <w:sz w:val="22"/>
        </w:rPr>
        <w:t>Katılımcıların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her </w:t>
      </w:r>
      <w:proofErr w:type="spellStart"/>
      <w:r w:rsidRPr="00880FC3">
        <w:rPr>
          <w:rFonts w:asciiTheme="majorHAnsi" w:hAnsiTheme="majorHAnsi" w:cstheme="majorHAnsi"/>
          <w:sz w:val="22"/>
        </w:rPr>
        <w:t>bir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maddeye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verdikleri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yanıtlar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aşağıdaki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şekilde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puanlanmıştır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. </w:t>
      </w:r>
    </w:p>
    <w:p w14:paraId="4CB04832" w14:textId="77777777" w:rsidR="00015841" w:rsidRDefault="00015841" w:rsidP="000158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3544"/>
      </w:tblGrid>
      <w:tr w:rsidR="00015841" w:rsidRPr="00880FC3" w14:paraId="1A243B86" w14:textId="77777777" w:rsidTr="00015841">
        <w:trPr>
          <w:jc w:val="center"/>
        </w:trPr>
        <w:tc>
          <w:tcPr>
            <w:tcW w:w="724" w:type="dxa"/>
          </w:tcPr>
          <w:p w14:paraId="21CE8387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>Puan</w:t>
            </w:r>
          </w:p>
        </w:tc>
        <w:tc>
          <w:tcPr>
            <w:tcW w:w="3544" w:type="dxa"/>
          </w:tcPr>
          <w:p w14:paraId="0A9891F6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Anlamı</w:t>
            </w:r>
            <w:proofErr w:type="spellEnd"/>
          </w:p>
        </w:tc>
      </w:tr>
      <w:tr w:rsidR="00015841" w:rsidRPr="00880FC3" w14:paraId="5BFD7AAE" w14:textId="77777777" w:rsidTr="00015841">
        <w:trPr>
          <w:jc w:val="center"/>
        </w:trPr>
        <w:tc>
          <w:tcPr>
            <w:tcW w:w="724" w:type="dxa"/>
          </w:tcPr>
          <w:p w14:paraId="7B0C3D25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>1</w:t>
            </w:r>
          </w:p>
        </w:tc>
        <w:tc>
          <w:tcPr>
            <w:tcW w:w="3544" w:type="dxa"/>
          </w:tcPr>
          <w:p w14:paraId="1F92C0DC" w14:textId="77777777" w:rsidR="00015841" w:rsidRPr="00880FC3" w:rsidRDefault="00015841" w:rsidP="00015841">
            <w:pPr>
              <w:autoSpaceDE w:val="0"/>
              <w:autoSpaceDN w:val="0"/>
              <w:adjustRightInd w:val="0"/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Çok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memnun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değilim</w:t>
            </w:r>
            <w:proofErr w:type="spellEnd"/>
          </w:p>
        </w:tc>
      </w:tr>
      <w:tr w:rsidR="00015841" w:rsidRPr="00880FC3" w14:paraId="0BE9EDF6" w14:textId="77777777" w:rsidTr="00015841">
        <w:trPr>
          <w:trHeight w:val="159"/>
          <w:jc w:val="center"/>
        </w:trPr>
        <w:tc>
          <w:tcPr>
            <w:tcW w:w="724" w:type="dxa"/>
          </w:tcPr>
          <w:p w14:paraId="26585F59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2 </w:t>
            </w:r>
          </w:p>
        </w:tc>
        <w:tc>
          <w:tcPr>
            <w:tcW w:w="3544" w:type="dxa"/>
          </w:tcPr>
          <w:p w14:paraId="274E8FA8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Memnun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değilim</w:t>
            </w:r>
            <w:proofErr w:type="spellEnd"/>
          </w:p>
        </w:tc>
      </w:tr>
      <w:tr w:rsidR="00015841" w:rsidRPr="00880FC3" w14:paraId="375C84B7" w14:textId="77777777" w:rsidTr="00015841">
        <w:trPr>
          <w:jc w:val="center"/>
        </w:trPr>
        <w:tc>
          <w:tcPr>
            <w:tcW w:w="724" w:type="dxa"/>
          </w:tcPr>
          <w:p w14:paraId="285AA640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3 </w:t>
            </w:r>
          </w:p>
        </w:tc>
        <w:tc>
          <w:tcPr>
            <w:tcW w:w="3544" w:type="dxa"/>
          </w:tcPr>
          <w:p w14:paraId="38A89B59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Orta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düzeyde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memnun</w:t>
            </w:r>
            <w:proofErr w:type="spellEnd"/>
          </w:p>
        </w:tc>
      </w:tr>
      <w:tr w:rsidR="00015841" w:rsidRPr="00880FC3" w14:paraId="03A9468B" w14:textId="77777777" w:rsidTr="00015841">
        <w:trPr>
          <w:jc w:val="center"/>
        </w:trPr>
        <w:tc>
          <w:tcPr>
            <w:tcW w:w="724" w:type="dxa"/>
          </w:tcPr>
          <w:p w14:paraId="735C4315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4 </w:t>
            </w:r>
          </w:p>
        </w:tc>
        <w:tc>
          <w:tcPr>
            <w:tcW w:w="3544" w:type="dxa"/>
          </w:tcPr>
          <w:p w14:paraId="35867E55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Memnunum</w:t>
            </w:r>
            <w:proofErr w:type="spellEnd"/>
          </w:p>
        </w:tc>
      </w:tr>
      <w:tr w:rsidR="00015841" w:rsidRPr="00880FC3" w14:paraId="74570F2C" w14:textId="77777777" w:rsidTr="00015841">
        <w:trPr>
          <w:jc w:val="center"/>
        </w:trPr>
        <w:tc>
          <w:tcPr>
            <w:tcW w:w="724" w:type="dxa"/>
          </w:tcPr>
          <w:p w14:paraId="1003F6CD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5 </w:t>
            </w:r>
          </w:p>
        </w:tc>
        <w:tc>
          <w:tcPr>
            <w:tcW w:w="3544" w:type="dxa"/>
          </w:tcPr>
          <w:p w14:paraId="031FC1B6" w14:textId="77777777" w:rsidR="00015841" w:rsidRPr="00880FC3" w:rsidRDefault="00015841" w:rsidP="00015841">
            <w:pPr>
              <w:spacing w:before="40" w:after="40"/>
              <w:rPr>
                <w:rFonts w:asciiTheme="majorHAnsi" w:hAnsiTheme="majorHAnsi" w:cstheme="majorHAnsi"/>
                <w:b/>
                <w:color w:val="17365D"/>
              </w:rPr>
            </w:pP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Çok</w:t>
            </w:r>
            <w:proofErr w:type="spellEnd"/>
            <w:r w:rsidRPr="00880FC3">
              <w:rPr>
                <w:rFonts w:asciiTheme="majorHAnsi" w:hAnsiTheme="majorHAnsi" w:cstheme="majorHAnsi"/>
                <w:b/>
                <w:color w:val="17365D"/>
              </w:rPr>
              <w:t xml:space="preserve"> </w:t>
            </w:r>
            <w:proofErr w:type="spellStart"/>
            <w:r w:rsidRPr="00880FC3">
              <w:rPr>
                <w:rFonts w:asciiTheme="majorHAnsi" w:hAnsiTheme="majorHAnsi" w:cstheme="majorHAnsi"/>
                <w:b/>
                <w:color w:val="17365D"/>
              </w:rPr>
              <w:t>memnunum</w:t>
            </w:r>
            <w:proofErr w:type="spellEnd"/>
          </w:p>
        </w:tc>
      </w:tr>
    </w:tbl>
    <w:p w14:paraId="4AEE03B2" w14:textId="77777777" w:rsidR="00015841" w:rsidRDefault="00015841" w:rsidP="000158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2"/>
        </w:rPr>
      </w:pPr>
    </w:p>
    <w:p w14:paraId="2810A60C" w14:textId="77777777" w:rsidR="00015841" w:rsidRPr="00880FC3" w:rsidRDefault="00015841" w:rsidP="0001584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2"/>
        </w:rPr>
      </w:pPr>
      <w:r w:rsidRPr="00015841">
        <w:rPr>
          <w:rFonts w:asciiTheme="majorHAnsi" w:hAnsiTheme="majorHAnsi" w:cstheme="majorHAnsi"/>
          <w:sz w:val="22"/>
        </w:rPr>
        <w:lastRenderedPageBreak/>
        <w:t xml:space="preserve">Bu </w:t>
      </w:r>
      <w:proofErr w:type="spellStart"/>
      <w:r w:rsidRPr="00015841">
        <w:rPr>
          <w:rFonts w:asciiTheme="majorHAnsi" w:hAnsiTheme="majorHAnsi" w:cstheme="majorHAnsi"/>
          <w:sz w:val="22"/>
        </w:rPr>
        <w:t>puanlama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doğrultusunda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elde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edilen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veriler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, </w:t>
      </w:r>
      <w:proofErr w:type="spellStart"/>
      <w:r>
        <w:rPr>
          <w:rFonts w:asciiTheme="majorHAnsi" w:hAnsiTheme="majorHAnsi" w:cstheme="majorHAnsi"/>
          <w:sz w:val="22"/>
        </w:rPr>
        <w:t>idari</w:t>
      </w:r>
      <w:proofErr w:type="spellEnd"/>
      <w:r>
        <w:rPr>
          <w:rFonts w:asciiTheme="majorHAnsi" w:hAnsiTheme="majorHAnsi" w:cstheme="majorHAnsi"/>
          <w:sz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</w:rPr>
        <w:t>personellerin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memnuniyet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düzeylerini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nicel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olarak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ortaya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koymak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ve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boyutsal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analizler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gerçekleştirmek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amacıyla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istatistiksel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yöntemler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kullanılarak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analiz</w:t>
      </w:r>
      <w:proofErr w:type="spellEnd"/>
      <w:r w:rsidRPr="00015841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015841">
        <w:rPr>
          <w:rFonts w:asciiTheme="majorHAnsi" w:hAnsiTheme="majorHAnsi" w:cstheme="majorHAnsi"/>
          <w:sz w:val="22"/>
        </w:rPr>
        <w:t>edilmiştir</w:t>
      </w:r>
      <w:proofErr w:type="spellEnd"/>
      <w:r w:rsidRPr="00015841">
        <w:rPr>
          <w:rFonts w:asciiTheme="majorHAnsi" w:hAnsiTheme="majorHAnsi" w:cstheme="majorHAnsi"/>
          <w:sz w:val="22"/>
        </w:rPr>
        <w:t>.</w:t>
      </w:r>
    </w:p>
    <w:p w14:paraId="21BEE0CB" w14:textId="77777777" w:rsidR="00015841" w:rsidRPr="00880FC3" w:rsidRDefault="00015841" w:rsidP="00015841">
      <w:pPr>
        <w:rPr>
          <w:rFonts w:asciiTheme="majorHAnsi" w:hAnsiTheme="majorHAnsi" w:cstheme="majorHAnsi"/>
          <w:b/>
          <w:bCs/>
          <w:color w:val="1F4E79"/>
          <w:sz w:val="26"/>
          <w:szCs w:val="26"/>
        </w:rPr>
      </w:pPr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 xml:space="preserve">3.2 Analiz </w:t>
      </w:r>
      <w:proofErr w:type="spellStart"/>
      <w:r w:rsidRPr="00880FC3">
        <w:rPr>
          <w:rFonts w:asciiTheme="majorHAnsi" w:hAnsiTheme="majorHAnsi" w:cstheme="majorHAnsi"/>
          <w:b/>
          <w:bCs/>
          <w:color w:val="1F4E79"/>
          <w:sz w:val="26"/>
          <w:szCs w:val="26"/>
        </w:rPr>
        <w:t>Göstergeleri</w:t>
      </w:r>
      <w:proofErr w:type="spellEnd"/>
    </w:p>
    <w:p w14:paraId="32C29BB2" w14:textId="77777777" w:rsidR="00015841" w:rsidRPr="00015841" w:rsidRDefault="00015841" w:rsidP="00015841">
      <w:pPr>
        <w:jc w:val="both"/>
        <w:rPr>
          <w:sz w:val="22"/>
          <w:lang w:val="tr-TR"/>
        </w:rPr>
      </w:pPr>
      <w:proofErr w:type="spellStart"/>
      <w:r w:rsidRPr="00880FC3">
        <w:rPr>
          <w:rFonts w:asciiTheme="majorHAnsi" w:hAnsiTheme="majorHAnsi" w:cstheme="majorHAnsi"/>
          <w:sz w:val="22"/>
        </w:rPr>
        <w:t>Araştırma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kapsamında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elde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edilen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verilerin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analizinde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; </w:t>
      </w:r>
      <w:proofErr w:type="spellStart"/>
      <w:r w:rsidRPr="00880FC3">
        <w:rPr>
          <w:rFonts w:asciiTheme="majorHAnsi" w:hAnsiTheme="majorHAnsi" w:cstheme="majorHAnsi"/>
          <w:sz w:val="22"/>
        </w:rPr>
        <w:t>aritmetik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ortalama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, </w:t>
      </w:r>
      <w:proofErr w:type="spellStart"/>
      <w:r w:rsidRPr="00880FC3">
        <w:rPr>
          <w:rFonts w:asciiTheme="majorHAnsi" w:hAnsiTheme="majorHAnsi" w:cstheme="majorHAnsi"/>
          <w:sz w:val="22"/>
        </w:rPr>
        <w:t>standart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sapma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, </w:t>
      </w:r>
      <w:proofErr w:type="spellStart"/>
      <w:r w:rsidRPr="00880FC3">
        <w:rPr>
          <w:rFonts w:asciiTheme="majorHAnsi" w:hAnsiTheme="majorHAnsi" w:cstheme="majorHAnsi"/>
          <w:sz w:val="22"/>
        </w:rPr>
        <w:t>frekans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ve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yüzde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dağılımları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, </w:t>
      </w:r>
      <w:proofErr w:type="spellStart"/>
      <w:r w:rsidRPr="00880FC3">
        <w:rPr>
          <w:rFonts w:asciiTheme="majorHAnsi" w:hAnsiTheme="majorHAnsi" w:cstheme="majorHAnsi"/>
          <w:sz w:val="22"/>
        </w:rPr>
        <w:t>tema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bazlı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ortalamalar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ile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karşılaştırmalı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analizler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kullanılmıştır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. </w:t>
      </w:r>
      <w:proofErr w:type="spellStart"/>
      <w:r w:rsidRPr="00880FC3">
        <w:rPr>
          <w:rFonts w:asciiTheme="majorHAnsi" w:hAnsiTheme="majorHAnsi" w:cstheme="majorHAnsi"/>
          <w:sz w:val="22"/>
        </w:rPr>
        <w:t>Ayrıca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, </w:t>
      </w:r>
      <w:proofErr w:type="spellStart"/>
      <w:r w:rsidRPr="00880FC3">
        <w:rPr>
          <w:rFonts w:asciiTheme="majorHAnsi" w:hAnsiTheme="majorHAnsi" w:cstheme="majorHAnsi"/>
          <w:sz w:val="22"/>
        </w:rPr>
        <w:t>katılımcıların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açık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uçlu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soruya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verdikleri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yanıtlar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tematik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analiz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yöntemi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ile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incelenerek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nitel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bulgular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elde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edilmiştir</w:t>
      </w:r>
      <w:proofErr w:type="spellEnd"/>
      <w:r w:rsidRPr="00880FC3">
        <w:rPr>
          <w:rFonts w:asciiTheme="majorHAnsi" w:hAnsiTheme="majorHAnsi" w:cstheme="majorHAnsi"/>
          <w:sz w:val="22"/>
        </w:rPr>
        <w:t>.</w:t>
      </w:r>
      <w:r>
        <w:rPr>
          <w:rFonts w:asciiTheme="majorHAnsi" w:hAnsiTheme="majorHAnsi" w:cstheme="majorHAnsi"/>
          <w:sz w:val="22"/>
        </w:rPr>
        <w:t xml:space="preserve"> </w:t>
      </w:r>
      <w:r w:rsidRPr="00015841">
        <w:rPr>
          <w:sz w:val="22"/>
          <w:lang w:val="tr-TR"/>
        </w:rPr>
        <w:t>Memnuniyet düzeylerinin yorumlanmasında aşağıdaki eşikler esas alınmıştır:</w:t>
      </w:r>
    </w:p>
    <w:p w14:paraId="6EDBCE3C" w14:textId="77777777" w:rsidR="00015841" w:rsidRPr="00015841" w:rsidRDefault="00015841" w:rsidP="00015841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sz w:val="22"/>
          <w:lang w:val="tr-TR"/>
        </w:rPr>
      </w:pPr>
      <w:r w:rsidRPr="00015841">
        <w:rPr>
          <w:b/>
          <w:bCs/>
          <w:sz w:val="22"/>
          <w:lang w:val="tr-TR"/>
        </w:rPr>
        <w:t>4.20 – 5.00:</w:t>
      </w:r>
      <w:r w:rsidRPr="00015841">
        <w:rPr>
          <w:sz w:val="22"/>
          <w:lang w:val="tr-TR"/>
        </w:rPr>
        <w:t xml:space="preserve"> Çok güçlü </w:t>
      </w:r>
    </w:p>
    <w:p w14:paraId="0183B415" w14:textId="77777777" w:rsidR="00015841" w:rsidRPr="00015841" w:rsidRDefault="00015841" w:rsidP="00015841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sz w:val="22"/>
          <w:lang w:val="tr-TR"/>
        </w:rPr>
      </w:pPr>
      <w:r w:rsidRPr="00015841">
        <w:rPr>
          <w:b/>
          <w:bCs/>
          <w:sz w:val="22"/>
          <w:lang w:val="tr-TR"/>
        </w:rPr>
        <w:t>3.40 – 4.19:</w:t>
      </w:r>
      <w:r w:rsidRPr="00015841">
        <w:rPr>
          <w:sz w:val="22"/>
          <w:lang w:val="tr-TR"/>
        </w:rPr>
        <w:t xml:space="preserve"> Güçlü </w:t>
      </w:r>
    </w:p>
    <w:p w14:paraId="34A04CD7" w14:textId="77777777" w:rsidR="00015841" w:rsidRPr="00015841" w:rsidRDefault="00015841" w:rsidP="00015841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sz w:val="22"/>
          <w:lang w:val="tr-TR"/>
        </w:rPr>
      </w:pPr>
      <w:r w:rsidRPr="00015841">
        <w:rPr>
          <w:b/>
          <w:bCs/>
          <w:sz w:val="22"/>
          <w:lang w:val="tr-TR"/>
        </w:rPr>
        <w:t>2.60 – 3.39:</w:t>
      </w:r>
      <w:r w:rsidRPr="00015841">
        <w:rPr>
          <w:sz w:val="22"/>
          <w:lang w:val="tr-TR"/>
        </w:rPr>
        <w:t xml:space="preserve"> Orta </w:t>
      </w:r>
    </w:p>
    <w:p w14:paraId="04B0AB54" w14:textId="77777777" w:rsidR="00015841" w:rsidRPr="00015841" w:rsidRDefault="00015841" w:rsidP="00015841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sz w:val="22"/>
          <w:lang w:val="tr-TR"/>
        </w:rPr>
      </w:pPr>
      <w:r w:rsidRPr="00015841">
        <w:rPr>
          <w:b/>
          <w:bCs/>
          <w:sz w:val="22"/>
          <w:lang w:val="tr-TR"/>
        </w:rPr>
        <w:t>2.59 ve altı:</w:t>
      </w:r>
      <w:r w:rsidRPr="00015841">
        <w:rPr>
          <w:sz w:val="22"/>
          <w:lang w:val="tr-TR"/>
        </w:rPr>
        <w:t xml:space="preserve"> Kritik </w:t>
      </w:r>
    </w:p>
    <w:tbl>
      <w:tblPr>
        <w:tblStyle w:val="TabloKlavuzu"/>
        <w:tblpPr w:leftFromText="141" w:rightFromText="141" w:vertAnchor="text" w:horzAnchor="margin" w:tblpX="250" w:tblpY="161"/>
        <w:tblW w:w="0" w:type="auto"/>
        <w:tblLook w:val="04A0" w:firstRow="1" w:lastRow="0" w:firstColumn="1" w:lastColumn="0" w:noHBand="0" w:noVBand="1"/>
      </w:tblPr>
      <w:tblGrid>
        <w:gridCol w:w="4736"/>
        <w:gridCol w:w="4870"/>
      </w:tblGrid>
      <w:tr w:rsidR="00015841" w14:paraId="57C53872" w14:textId="77777777" w:rsidTr="00015841">
        <w:tc>
          <w:tcPr>
            <w:tcW w:w="4736" w:type="dxa"/>
            <w:shd w:val="clear" w:color="auto" w:fill="D9EAF7"/>
            <w:vAlign w:val="center"/>
          </w:tcPr>
          <w:p w14:paraId="08A95E9E" w14:textId="77777777" w:rsidR="00015841" w:rsidRDefault="00015841" w:rsidP="00015841">
            <w:pPr>
              <w:jc w:val="center"/>
            </w:pPr>
            <w:proofErr w:type="spellStart"/>
            <w:r>
              <w:rPr>
                <w:b/>
              </w:rPr>
              <w:t>Gösterge</w:t>
            </w:r>
            <w:proofErr w:type="spellEnd"/>
          </w:p>
        </w:tc>
        <w:tc>
          <w:tcPr>
            <w:tcW w:w="4870" w:type="dxa"/>
            <w:shd w:val="clear" w:color="auto" w:fill="D9EAF7"/>
            <w:vAlign w:val="center"/>
          </w:tcPr>
          <w:p w14:paraId="649F8BDB" w14:textId="77777777" w:rsidR="00015841" w:rsidRDefault="00015841" w:rsidP="00015841">
            <w:pPr>
              <w:jc w:val="center"/>
            </w:pPr>
            <w:r>
              <w:rPr>
                <w:b/>
              </w:rPr>
              <w:t>Değer</w:t>
            </w:r>
          </w:p>
        </w:tc>
      </w:tr>
      <w:tr w:rsidR="00015841" w14:paraId="31C0B28F" w14:textId="77777777" w:rsidTr="00015841">
        <w:tc>
          <w:tcPr>
            <w:tcW w:w="4736" w:type="dxa"/>
            <w:vAlign w:val="center"/>
          </w:tcPr>
          <w:p w14:paraId="44135484" w14:textId="77777777" w:rsidR="00015841" w:rsidRDefault="00015841" w:rsidP="00015841">
            <w:proofErr w:type="spellStart"/>
            <w:r>
              <w:rPr>
                <w:sz w:val="18"/>
              </w:rPr>
              <w:t>Toplam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yanıt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sayısı</w:t>
            </w:r>
            <w:proofErr w:type="spellEnd"/>
          </w:p>
        </w:tc>
        <w:tc>
          <w:tcPr>
            <w:tcW w:w="4870" w:type="dxa"/>
            <w:vAlign w:val="center"/>
          </w:tcPr>
          <w:p w14:paraId="349E2365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17</w:t>
            </w:r>
          </w:p>
        </w:tc>
      </w:tr>
      <w:tr w:rsidR="00015841" w14:paraId="096AEAA0" w14:textId="77777777" w:rsidTr="00015841">
        <w:tc>
          <w:tcPr>
            <w:tcW w:w="4736" w:type="dxa"/>
            <w:vAlign w:val="center"/>
          </w:tcPr>
          <w:p w14:paraId="488EDBC2" w14:textId="77777777" w:rsidR="00015841" w:rsidRDefault="00015841" w:rsidP="00015841">
            <w:r>
              <w:rPr>
                <w:sz w:val="18"/>
              </w:rPr>
              <w:t xml:space="preserve">Madde </w:t>
            </w:r>
            <w:proofErr w:type="spellStart"/>
            <w:r>
              <w:rPr>
                <w:sz w:val="18"/>
              </w:rPr>
              <w:t>sayısı</w:t>
            </w:r>
            <w:proofErr w:type="spellEnd"/>
          </w:p>
        </w:tc>
        <w:tc>
          <w:tcPr>
            <w:tcW w:w="4870" w:type="dxa"/>
            <w:vAlign w:val="center"/>
          </w:tcPr>
          <w:p w14:paraId="2B918A14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22</w:t>
            </w:r>
          </w:p>
        </w:tc>
      </w:tr>
      <w:tr w:rsidR="00015841" w14:paraId="7F1D4E84" w14:textId="77777777" w:rsidTr="00015841">
        <w:tc>
          <w:tcPr>
            <w:tcW w:w="4736" w:type="dxa"/>
            <w:vAlign w:val="center"/>
          </w:tcPr>
          <w:p w14:paraId="65B7A8EE" w14:textId="77777777" w:rsidR="00015841" w:rsidRDefault="00015841" w:rsidP="00015841">
            <w:r>
              <w:rPr>
                <w:sz w:val="18"/>
              </w:rPr>
              <w:t xml:space="preserve">Genel </w:t>
            </w:r>
            <w:proofErr w:type="spellStart"/>
            <w:r>
              <w:rPr>
                <w:sz w:val="18"/>
              </w:rPr>
              <w:t>ortalama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memnuniyet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puanı</w:t>
            </w:r>
            <w:proofErr w:type="spellEnd"/>
          </w:p>
        </w:tc>
        <w:tc>
          <w:tcPr>
            <w:tcW w:w="4870" w:type="dxa"/>
            <w:vAlign w:val="center"/>
          </w:tcPr>
          <w:p w14:paraId="51D8A420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3.64</w:t>
            </w:r>
          </w:p>
        </w:tc>
      </w:tr>
      <w:tr w:rsidR="00015841" w14:paraId="36803BC6" w14:textId="77777777" w:rsidTr="00015841">
        <w:tc>
          <w:tcPr>
            <w:tcW w:w="4736" w:type="dxa"/>
            <w:vAlign w:val="center"/>
          </w:tcPr>
          <w:p w14:paraId="225A1790" w14:textId="77777777" w:rsidR="00015841" w:rsidRDefault="00015841" w:rsidP="00015841">
            <w:r>
              <w:rPr>
                <w:sz w:val="18"/>
              </w:rPr>
              <w:t xml:space="preserve">Genel </w:t>
            </w:r>
            <w:proofErr w:type="spellStart"/>
            <w:r>
              <w:rPr>
                <w:sz w:val="18"/>
              </w:rPr>
              <w:t>standart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sapma</w:t>
            </w:r>
            <w:proofErr w:type="spellEnd"/>
          </w:p>
        </w:tc>
        <w:tc>
          <w:tcPr>
            <w:tcW w:w="4870" w:type="dxa"/>
            <w:vAlign w:val="center"/>
          </w:tcPr>
          <w:p w14:paraId="7546C1A8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1.15</w:t>
            </w:r>
          </w:p>
        </w:tc>
      </w:tr>
      <w:tr w:rsidR="00015841" w14:paraId="0025EB93" w14:textId="77777777" w:rsidTr="00015841">
        <w:tc>
          <w:tcPr>
            <w:tcW w:w="4736" w:type="dxa"/>
            <w:vAlign w:val="center"/>
          </w:tcPr>
          <w:p w14:paraId="7081EA93" w14:textId="77777777" w:rsidR="00015841" w:rsidRDefault="00015841" w:rsidP="00015841">
            <w:r>
              <w:rPr>
                <w:sz w:val="18"/>
              </w:rPr>
              <w:t xml:space="preserve">Genel </w:t>
            </w:r>
            <w:proofErr w:type="spellStart"/>
            <w:r>
              <w:rPr>
                <w:sz w:val="18"/>
              </w:rPr>
              <w:t>değerlendirme</w:t>
            </w:r>
            <w:proofErr w:type="spellEnd"/>
          </w:p>
        </w:tc>
        <w:tc>
          <w:tcPr>
            <w:tcW w:w="4870" w:type="dxa"/>
            <w:vAlign w:val="center"/>
          </w:tcPr>
          <w:p w14:paraId="43110CD4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015841" w14:paraId="68975EE6" w14:textId="77777777" w:rsidTr="00015841">
        <w:tc>
          <w:tcPr>
            <w:tcW w:w="4736" w:type="dxa"/>
            <w:vAlign w:val="center"/>
          </w:tcPr>
          <w:p w14:paraId="49CB0F9D" w14:textId="77777777" w:rsidR="00015841" w:rsidRDefault="00015841" w:rsidP="00015841">
            <w:r>
              <w:rPr>
                <w:sz w:val="18"/>
              </w:rPr>
              <w:t>Cronbach Alfa</w:t>
            </w:r>
          </w:p>
        </w:tc>
        <w:tc>
          <w:tcPr>
            <w:tcW w:w="4870" w:type="dxa"/>
            <w:vAlign w:val="center"/>
          </w:tcPr>
          <w:p w14:paraId="0E22D022" w14:textId="77777777" w:rsidR="00015841" w:rsidRDefault="00015841" w:rsidP="00015841">
            <w:pPr>
              <w:jc w:val="center"/>
            </w:pPr>
            <w:r>
              <w:rPr>
                <w:sz w:val="18"/>
              </w:rPr>
              <w:t>0.98</w:t>
            </w:r>
          </w:p>
        </w:tc>
      </w:tr>
    </w:tbl>
    <w:p w14:paraId="12208063" w14:textId="77777777" w:rsidR="00015841" w:rsidRDefault="00015841">
      <w:pPr>
        <w:jc w:val="both"/>
        <w:rPr>
          <w:sz w:val="22"/>
        </w:rPr>
      </w:pPr>
    </w:p>
    <w:p w14:paraId="03EA1FD9" w14:textId="77777777" w:rsidR="00EE569C" w:rsidRPr="00015841" w:rsidRDefault="00015841">
      <w:pPr>
        <w:jc w:val="both"/>
        <w:rPr>
          <w:sz w:val="22"/>
        </w:rPr>
      </w:pPr>
      <w:proofErr w:type="spellStart"/>
      <w:r w:rsidRPr="00015841">
        <w:rPr>
          <w:sz w:val="22"/>
        </w:rPr>
        <w:t>Analizlerde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ortalamaları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standart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sapmalar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yüzde</w:t>
      </w:r>
      <w:proofErr w:type="spellEnd"/>
      <w:r w:rsidRPr="00015841">
        <w:rPr>
          <w:sz w:val="22"/>
        </w:rPr>
        <w:t>/</w:t>
      </w:r>
      <w:proofErr w:type="spellStart"/>
      <w:r w:rsidRPr="00015841">
        <w:rPr>
          <w:sz w:val="22"/>
        </w:rPr>
        <w:t>frekans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dağılımları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esas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alınmıştır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Anketin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tutarlılık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katsayısı</w:t>
      </w:r>
      <w:proofErr w:type="spellEnd"/>
      <w:r w:rsidRPr="00015841">
        <w:rPr>
          <w:sz w:val="22"/>
        </w:rPr>
        <w:t xml:space="preserve"> Cronbach Alfa=0.98 </w:t>
      </w:r>
      <w:proofErr w:type="spellStart"/>
      <w:r w:rsidRPr="00015841">
        <w:rPr>
          <w:sz w:val="22"/>
        </w:rPr>
        <w:t>olarak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hesaplanmış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olup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ölçme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aracının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yüksek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güvenilir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olduğu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görülmüştür</w:t>
      </w:r>
      <w:proofErr w:type="spellEnd"/>
      <w:r w:rsidRPr="00015841">
        <w:rPr>
          <w:sz w:val="22"/>
        </w:rPr>
        <w:t>.</w:t>
      </w:r>
    </w:p>
    <w:p w14:paraId="0733D3A6" w14:textId="77777777" w:rsidR="00015841" w:rsidRPr="00880FC3" w:rsidRDefault="00015841" w:rsidP="00015841">
      <w:pPr>
        <w:rPr>
          <w:rFonts w:asciiTheme="majorHAnsi" w:hAnsiTheme="majorHAnsi" w:cstheme="majorHAnsi"/>
          <w:b/>
          <w:color w:val="17365D"/>
          <w:sz w:val="26"/>
        </w:rPr>
      </w:pPr>
      <w:r w:rsidRPr="00880FC3">
        <w:rPr>
          <w:rFonts w:asciiTheme="majorHAnsi" w:hAnsiTheme="majorHAnsi" w:cstheme="majorHAnsi"/>
          <w:b/>
          <w:color w:val="17365D"/>
          <w:sz w:val="26"/>
        </w:rPr>
        <w:t>4. DEĞERLENDİRME VE SINIFLANDIRMA</w:t>
      </w:r>
    </w:p>
    <w:p w14:paraId="6A4B3276" w14:textId="77777777" w:rsidR="00EE569C" w:rsidRPr="00015841" w:rsidRDefault="00015841">
      <w:pPr>
        <w:jc w:val="both"/>
        <w:rPr>
          <w:sz w:val="22"/>
        </w:rPr>
      </w:pPr>
      <w:proofErr w:type="spellStart"/>
      <w:r w:rsidRPr="00015841">
        <w:rPr>
          <w:sz w:val="22"/>
        </w:rPr>
        <w:t>İdari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memnuniyet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anketinin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ortalaması</w:t>
      </w:r>
      <w:proofErr w:type="spellEnd"/>
      <w:r w:rsidRPr="00015841">
        <w:rPr>
          <w:sz w:val="22"/>
        </w:rPr>
        <w:t xml:space="preserve"> 5 </w:t>
      </w:r>
      <w:proofErr w:type="spellStart"/>
      <w:r w:rsidRPr="00015841">
        <w:rPr>
          <w:sz w:val="22"/>
        </w:rPr>
        <w:t>üzerinden</w:t>
      </w:r>
      <w:proofErr w:type="spellEnd"/>
      <w:r w:rsidRPr="00015841">
        <w:rPr>
          <w:sz w:val="22"/>
        </w:rPr>
        <w:t xml:space="preserve"> 3.64 </w:t>
      </w:r>
      <w:proofErr w:type="spellStart"/>
      <w:r w:rsidRPr="00015841">
        <w:rPr>
          <w:sz w:val="22"/>
        </w:rPr>
        <w:t>olup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ilgili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sınıflamaya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</w:t>
      </w:r>
      <w:proofErr w:type="spellEnd"/>
      <w:r w:rsidRPr="00015841">
        <w:rPr>
          <w:sz w:val="22"/>
        </w:rPr>
        <w:t xml:space="preserve"> 'Güçlü'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memnuniyete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karşılık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gelmektedir</w:t>
      </w:r>
      <w:proofErr w:type="spellEnd"/>
      <w:r w:rsidRPr="00015841">
        <w:rPr>
          <w:sz w:val="22"/>
        </w:rPr>
        <w:t>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44"/>
        <w:gridCol w:w="1985"/>
        <w:gridCol w:w="1559"/>
        <w:gridCol w:w="2884"/>
      </w:tblGrid>
      <w:tr w:rsidR="00EE569C" w14:paraId="5BC53D8B" w14:textId="77777777" w:rsidTr="00081E93">
        <w:trPr>
          <w:jc w:val="center"/>
        </w:trPr>
        <w:tc>
          <w:tcPr>
            <w:tcW w:w="3544" w:type="dxa"/>
            <w:shd w:val="clear" w:color="auto" w:fill="D9EAF7"/>
            <w:vAlign w:val="center"/>
          </w:tcPr>
          <w:p w14:paraId="61DBCAAE" w14:textId="77777777" w:rsidR="00EE569C" w:rsidRDefault="00015841">
            <w:pPr>
              <w:jc w:val="center"/>
            </w:pPr>
            <w:r>
              <w:rPr>
                <w:b/>
              </w:rPr>
              <w:t>Tema</w:t>
            </w:r>
          </w:p>
        </w:tc>
        <w:tc>
          <w:tcPr>
            <w:tcW w:w="1985" w:type="dxa"/>
            <w:shd w:val="clear" w:color="auto" w:fill="D9EAF7"/>
            <w:vAlign w:val="center"/>
          </w:tcPr>
          <w:p w14:paraId="47FB720B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Ortalama</w:t>
            </w:r>
            <w:proofErr w:type="spellEnd"/>
          </w:p>
        </w:tc>
        <w:tc>
          <w:tcPr>
            <w:tcW w:w="1559" w:type="dxa"/>
            <w:shd w:val="clear" w:color="auto" w:fill="D9EAF7"/>
            <w:vAlign w:val="center"/>
          </w:tcPr>
          <w:p w14:paraId="1452DB01" w14:textId="77777777" w:rsidR="00EE569C" w:rsidRDefault="00015841">
            <w:pPr>
              <w:jc w:val="center"/>
            </w:pPr>
            <w:r>
              <w:rPr>
                <w:b/>
              </w:rPr>
              <w:t>SS</w:t>
            </w:r>
          </w:p>
        </w:tc>
        <w:tc>
          <w:tcPr>
            <w:tcW w:w="2884" w:type="dxa"/>
            <w:shd w:val="clear" w:color="auto" w:fill="D9EAF7"/>
            <w:vAlign w:val="center"/>
          </w:tcPr>
          <w:p w14:paraId="49A86205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Değerlendirme</w:t>
            </w:r>
            <w:proofErr w:type="spellEnd"/>
          </w:p>
        </w:tc>
      </w:tr>
      <w:tr w:rsidR="00EE569C" w14:paraId="3DC6A730" w14:textId="77777777" w:rsidTr="00081E93">
        <w:trPr>
          <w:jc w:val="center"/>
        </w:trPr>
        <w:tc>
          <w:tcPr>
            <w:tcW w:w="3544" w:type="dxa"/>
            <w:vAlign w:val="center"/>
          </w:tcPr>
          <w:p w14:paraId="38D6F4A2" w14:textId="77777777" w:rsidR="00EE569C" w:rsidRDefault="00015841">
            <w:r>
              <w:rPr>
                <w:sz w:val="18"/>
              </w:rPr>
              <w:t xml:space="preserve">1. </w:t>
            </w:r>
            <w:proofErr w:type="spellStart"/>
            <w:r>
              <w:rPr>
                <w:sz w:val="18"/>
              </w:rPr>
              <w:t>Eğitim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Kariyer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Gelişimi</w:t>
            </w:r>
            <w:proofErr w:type="spellEnd"/>
          </w:p>
        </w:tc>
        <w:tc>
          <w:tcPr>
            <w:tcW w:w="1985" w:type="dxa"/>
            <w:vAlign w:val="center"/>
          </w:tcPr>
          <w:p w14:paraId="2973BD59" w14:textId="77777777" w:rsidR="00EE569C" w:rsidRDefault="00015841">
            <w:pPr>
              <w:jc w:val="center"/>
            </w:pPr>
            <w:r>
              <w:rPr>
                <w:sz w:val="18"/>
              </w:rPr>
              <w:t>3.71</w:t>
            </w:r>
          </w:p>
        </w:tc>
        <w:tc>
          <w:tcPr>
            <w:tcW w:w="1559" w:type="dxa"/>
            <w:vAlign w:val="center"/>
          </w:tcPr>
          <w:p w14:paraId="5833D8A5" w14:textId="77777777" w:rsidR="00EE569C" w:rsidRDefault="00015841">
            <w:pPr>
              <w:jc w:val="center"/>
            </w:pPr>
            <w:r>
              <w:rPr>
                <w:sz w:val="18"/>
              </w:rPr>
              <w:t>1.20</w:t>
            </w:r>
          </w:p>
        </w:tc>
        <w:tc>
          <w:tcPr>
            <w:tcW w:w="2884" w:type="dxa"/>
            <w:vAlign w:val="center"/>
          </w:tcPr>
          <w:p w14:paraId="580B1F8F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2AC7D78E" w14:textId="77777777" w:rsidTr="00081E93">
        <w:trPr>
          <w:jc w:val="center"/>
        </w:trPr>
        <w:tc>
          <w:tcPr>
            <w:tcW w:w="3544" w:type="dxa"/>
            <w:vAlign w:val="center"/>
          </w:tcPr>
          <w:p w14:paraId="0908A80B" w14:textId="77777777" w:rsidR="00EE569C" w:rsidRDefault="00015841">
            <w:r>
              <w:rPr>
                <w:sz w:val="18"/>
              </w:rPr>
              <w:t xml:space="preserve">2. </w:t>
            </w:r>
            <w:proofErr w:type="spellStart"/>
            <w:r>
              <w:rPr>
                <w:sz w:val="18"/>
              </w:rPr>
              <w:t>İletişim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Katılım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Kurumsal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Bilgilendirme</w:t>
            </w:r>
            <w:proofErr w:type="spellEnd"/>
          </w:p>
        </w:tc>
        <w:tc>
          <w:tcPr>
            <w:tcW w:w="1985" w:type="dxa"/>
            <w:vAlign w:val="center"/>
          </w:tcPr>
          <w:p w14:paraId="2C236C0A" w14:textId="77777777" w:rsidR="00EE569C" w:rsidRDefault="00015841">
            <w:pPr>
              <w:jc w:val="center"/>
            </w:pPr>
            <w:r>
              <w:rPr>
                <w:sz w:val="18"/>
              </w:rPr>
              <w:t>3.65</w:t>
            </w:r>
          </w:p>
        </w:tc>
        <w:tc>
          <w:tcPr>
            <w:tcW w:w="1559" w:type="dxa"/>
            <w:vAlign w:val="center"/>
          </w:tcPr>
          <w:p w14:paraId="65F47E64" w14:textId="77777777" w:rsidR="00EE569C" w:rsidRDefault="00015841">
            <w:pPr>
              <w:jc w:val="center"/>
            </w:pPr>
            <w:r>
              <w:rPr>
                <w:sz w:val="18"/>
              </w:rPr>
              <w:t>1.09</w:t>
            </w:r>
          </w:p>
        </w:tc>
        <w:tc>
          <w:tcPr>
            <w:tcW w:w="2884" w:type="dxa"/>
            <w:vAlign w:val="center"/>
          </w:tcPr>
          <w:p w14:paraId="6FA1BC75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06659264" w14:textId="77777777" w:rsidTr="00081E93">
        <w:trPr>
          <w:jc w:val="center"/>
        </w:trPr>
        <w:tc>
          <w:tcPr>
            <w:tcW w:w="3544" w:type="dxa"/>
            <w:vAlign w:val="center"/>
          </w:tcPr>
          <w:p w14:paraId="4FA53096" w14:textId="77777777" w:rsidR="00EE569C" w:rsidRDefault="00015841">
            <w:r>
              <w:rPr>
                <w:sz w:val="18"/>
              </w:rPr>
              <w:t xml:space="preserve">3. </w:t>
            </w:r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Adalet</w:t>
            </w:r>
          </w:p>
        </w:tc>
        <w:tc>
          <w:tcPr>
            <w:tcW w:w="1985" w:type="dxa"/>
            <w:vAlign w:val="center"/>
          </w:tcPr>
          <w:p w14:paraId="0F45C7B5" w14:textId="77777777" w:rsidR="00EE569C" w:rsidRDefault="00015841">
            <w:pPr>
              <w:jc w:val="center"/>
            </w:pPr>
            <w:r>
              <w:rPr>
                <w:sz w:val="18"/>
              </w:rPr>
              <w:t>3.61</w:t>
            </w:r>
          </w:p>
        </w:tc>
        <w:tc>
          <w:tcPr>
            <w:tcW w:w="1559" w:type="dxa"/>
            <w:vAlign w:val="center"/>
          </w:tcPr>
          <w:p w14:paraId="030B1CBC" w14:textId="77777777" w:rsidR="00EE569C" w:rsidRDefault="00015841">
            <w:pPr>
              <w:jc w:val="center"/>
            </w:pPr>
            <w:r>
              <w:rPr>
                <w:sz w:val="18"/>
              </w:rPr>
              <w:t>1.27</w:t>
            </w:r>
          </w:p>
        </w:tc>
        <w:tc>
          <w:tcPr>
            <w:tcW w:w="2884" w:type="dxa"/>
            <w:vAlign w:val="center"/>
          </w:tcPr>
          <w:p w14:paraId="5C5A11B1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31C8DFE5" w14:textId="77777777" w:rsidTr="00081E93">
        <w:trPr>
          <w:jc w:val="center"/>
        </w:trPr>
        <w:tc>
          <w:tcPr>
            <w:tcW w:w="3544" w:type="dxa"/>
            <w:vAlign w:val="center"/>
          </w:tcPr>
          <w:p w14:paraId="01ADBDB4" w14:textId="77777777" w:rsidR="00EE569C" w:rsidRDefault="00015841">
            <w:r>
              <w:rPr>
                <w:sz w:val="18"/>
              </w:rPr>
              <w:t xml:space="preserve">4. Görev Yapısı, </w:t>
            </w:r>
            <w:proofErr w:type="spellStart"/>
            <w:r>
              <w:rPr>
                <w:sz w:val="18"/>
              </w:rPr>
              <w:t>Yetkinlik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Kullanımı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Aidiyet</w:t>
            </w:r>
            <w:proofErr w:type="spellEnd"/>
          </w:p>
        </w:tc>
        <w:tc>
          <w:tcPr>
            <w:tcW w:w="1985" w:type="dxa"/>
            <w:vAlign w:val="center"/>
          </w:tcPr>
          <w:p w14:paraId="01535EC9" w14:textId="77777777" w:rsidR="00EE569C" w:rsidRDefault="00015841">
            <w:pPr>
              <w:jc w:val="center"/>
            </w:pPr>
            <w:r>
              <w:rPr>
                <w:sz w:val="18"/>
              </w:rPr>
              <w:t>3.71</w:t>
            </w:r>
          </w:p>
        </w:tc>
        <w:tc>
          <w:tcPr>
            <w:tcW w:w="1559" w:type="dxa"/>
            <w:vAlign w:val="center"/>
          </w:tcPr>
          <w:p w14:paraId="766807EE" w14:textId="77777777" w:rsidR="00EE569C" w:rsidRDefault="00015841">
            <w:pPr>
              <w:jc w:val="center"/>
            </w:pPr>
            <w:r>
              <w:rPr>
                <w:sz w:val="18"/>
              </w:rPr>
              <w:t>1.07</w:t>
            </w:r>
          </w:p>
        </w:tc>
        <w:tc>
          <w:tcPr>
            <w:tcW w:w="2884" w:type="dxa"/>
            <w:vAlign w:val="center"/>
          </w:tcPr>
          <w:p w14:paraId="10052E2B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56365975" w14:textId="77777777" w:rsidTr="00081E93">
        <w:trPr>
          <w:jc w:val="center"/>
        </w:trPr>
        <w:tc>
          <w:tcPr>
            <w:tcW w:w="3544" w:type="dxa"/>
            <w:vAlign w:val="center"/>
          </w:tcPr>
          <w:p w14:paraId="0242177B" w14:textId="77777777" w:rsidR="00EE569C" w:rsidRDefault="00015841">
            <w:r>
              <w:rPr>
                <w:sz w:val="18"/>
              </w:rPr>
              <w:t xml:space="preserve">5. </w:t>
            </w:r>
            <w:proofErr w:type="spellStart"/>
            <w:r>
              <w:rPr>
                <w:sz w:val="18"/>
              </w:rPr>
              <w:t>Sosyal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Fiziksel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Teknik </w:t>
            </w:r>
            <w:proofErr w:type="spellStart"/>
            <w:r>
              <w:rPr>
                <w:sz w:val="18"/>
              </w:rPr>
              <w:t>Olanaklar</w:t>
            </w:r>
            <w:proofErr w:type="spellEnd"/>
          </w:p>
        </w:tc>
        <w:tc>
          <w:tcPr>
            <w:tcW w:w="1985" w:type="dxa"/>
            <w:vAlign w:val="center"/>
          </w:tcPr>
          <w:p w14:paraId="3C8B8181" w14:textId="77777777" w:rsidR="00EE569C" w:rsidRDefault="00015841">
            <w:pPr>
              <w:jc w:val="center"/>
            </w:pPr>
            <w:r>
              <w:rPr>
                <w:sz w:val="18"/>
              </w:rPr>
              <w:t>3.47</w:t>
            </w:r>
          </w:p>
        </w:tc>
        <w:tc>
          <w:tcPr>
            <w:tcW w:w="1559" w:type="dxa"/>
            <w:vAlign w:val="center"/>
          </w:tcPr>
          <w:p w14:paraId="4EF41811" w14:textId="77777777" w:rsidR="00EE569C" w:rsidRDefault="00015841">
            <w:pPr>
              <w:jc w:val="center"/>
            </w:pPr>
            <w:r>
              <w:rPr>
                <w:sz w:val="18"/>
              </w:rPr>
              <w:t>1.16</w:t>
            </w:r>
          </w:p>
        </w:tc>
        <w:tc>
          <w:tcPr>
            <w:tcW w:w="2884" w:type="dxa"/>
            <w:vAlign w:val="center"/>
          </w:tcPr>
          <w:p w14:paraId="054C2BBB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</w:tbl>
    <w:p w14:paraId="7E12C401" w14:textId="77777777" w:rsidR="00EE569C" w:rsidRDefault="00EE569C" w:rsidP="00015841">
      <w:pPr>
        <w:jc w:val="both"/>
      </w:pPr>
    </w:p>
    <w:p w14:paraId="30F646C9" w14:textId="77777777" w:rsidR="00EE569C" w:rsidRDefault="00015841" w:rsidP="00015841">
      <w:pPr>
        <w:jc w:val="both"/>
      </w:pPr>
      <w:r w:rsidRPr="00015841">
        <w:rPr>
          <w:sz w:val="22"/>
        </w:rPr>
        <w:t xml:space="preserve">Madde </w:t>
      </w:r>
      <w:proofErr w:type="spellStart"/>
      <w:r w:rsidRPr="00015841">
        <w:rPr>
          <w:sz w:val="22"/>
        </w:rPr>
        <w:t>bazında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incelendiğinde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yüksek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ortalama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puanlar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mesleki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eğitim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fırsatları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yöneticiler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idari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arasındaki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kurumsal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aidiyet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başlıklarında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toplanmıştır</w:t>
      </w:r>
      <w:proofErr w:type="spellEnd"/>
      <w:r w:rsidRPr="00015841">
        <w:rPr>
          <w:sz w:val="22"/>
        </w:rPr>
        <w:t xml:space="preserve">. En </w:t>
      </w:r>
      <w:proofErr w:type="spellStart"/>
      <w:r w:rsidRPr="00015841">
        <w:rPr>
          <w:sz w:val="22"/>
        </w:rPr>
        <w:t>düşük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puanlar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ise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sosyal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etkinlikler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kariyer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geliştirme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fırsatları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karar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süreçlerine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katılım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maddelerinde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gözlenmiştir</w:t>
      </w:r>
      <w:proofErr w:type="spellEnd"/>
      <w:r w:rsidRPr="00015841">
        <w:rPr>
          <w:sz w:val="22"/>
        </w:rPr>
        <w:t>.</w:t>
      </w:r>
    </w:p>
    <w:p w14:paraId="73066090" w14:textId="77777777" w:rsidR="00015841" w:rsidRDefault="00015841">
      <w:pPr>
        <w:jc w:val="center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114B5DDA" wp14:editId="135C1FCE">
            <wp:simplePos x="0" y="0"/>
            <wp:positionH relativeFrom="column">
              <wp:posOffset>565785</wp:posOffset>
            </wp:positionH>
            <wp:positionV relativeFrom="paragraph">
              <wp:posOffset>123190</wp:posOffset>
            </wp:positionV>
            <wp:extent cx="5486400" cy="3253121"/>
            <wp:effectExtent l="0" t="0" r="0" b="4445"/>
            <wp:wrapThrough wrapText="bothSides">
              <wp:wrapPolygon edited="0">
                <wp:start x="0" y="0"/>
                <wp:lineTo x="0" y="21503"/>
                <wp:lineTo x="21525" y="21503"/>
                <wp:lineTo x="215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a_ortalamalar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36275" w14:textId="77777777" w:rsidR="00015841" w:rsidRDefault="00015841">
      <w:pPr>
        <w:jc w:val="both"/>
      </w:pPr>
    </w:p>
    <w:p w14:paraId="3AD4FCF1" w14:textId="77777777" w:rsidR="00015841" w:rsidRDefault="00015841">
      <w:pPr>
        <w:jc w:val="both"/>
      </w:pPr>
    </w:p>
    <w:p w14:paraId="17F88C9C" w14:textId="77777777" w:rsidR="00015841" w:rsidRDefault="00015841">
      <w:pPr>
        <w:jc w:val="both"/>
      </w:pPr>
    </w:p>
    <w:p w14:paraId="3536F518" w14:textId="77777777" w:rsidR="00015841" w:rsidRDefault="00015841">
      <w:pPr>
        <w:jc w:val="both"/>
      </w:pPr>
    </w:p>
    <w:p w14:paraId="18656AF2" w14:textId="77777777" w:rsidR="00015841" w:rsidRDefault="00015841">
      <w:pPr>
        <w:jc w:val="both"/>
      </w:pPr>
    </w:p>
    <w:p w14:paraId="05C4757F" w14:textId="77777777" w:rsidR="00015841" w:rsidRDefault="00015841">
      <w:pPr>
        <w:jc w:val="both"/>
      </w:pPr>
    </w:p>
    <w:p w14:paraId="5CDC49B9" w14:textId="77777777" w:rsidR="00015841" w:rsidRDefault="00015841">
      <w:pPr>
        <w:jc w:val="both"/>
      </w:pPr>
    </w:p>
    <w:p w14:paraId="0A052E14" w14:textId="77777777" w:rsidR="00015841" w:rsidRDefault="00015841">
      <w:pPr>
        <w:jc w:val="both"/>
      </w:pPr>
    </w:p>
    <w:p w14:paraId="03C57003" w14:textId="77777777" w:rsidR="00015841" w:rsidRDefault="00015841">
      <w:pPr>
        <w:jc w:val="both"/>
      </w:pPr>
    </w:p>
    <w:p w14:paraId="4866E627" w14:textId="77777777" w:rsidR="00015841" w:rsidRDefault="00015841">
      <w:pPr>
        <w:jc w:val="both"/>
      </w:pPr>
    </w:p>
    <w:p w14:paraId="2E982F73" w14:textId="77777777" w:rsidR="00015841" w:rsidRDefault="00015841">
      <w:pPr>
        <w:jc w:val="both"/>
      </w:pPr>
    </w:p>
    <w:p w14:paraId="1F611AFB" w14:textId="77777777" w:rsidR="00EE569C" w:rsidRDefault="00015841">
      <w:pPr>
        <w:jc w:val="both"/>
      </w:pPr>
      <w:r>
        <w:t xml:space="preserve">Tema </w:t>
      </w:r>
      <w:proofErr w:type="spellStart"/>
      <w:r>
        <w:t>bazında</w:t>
      </w:r>
      <w:proofErr w:type="spellEnd"/>
      <w:r>
        <w:t xml:space="preserve"> </w:t>
      </w:r>
      <w:proofErr w:type="spellStart"/>
      <w:r>
        <w:t>ortalamalar</w:t>
      </w:r>
      <w:proofErr w:type="spellEnd"/>
      <w:r>
        <w:t xml:space="preserve"> </w:t>
      </w:r>
      <w:proofErr w:type="spellStart"/>
      <w:r>
        <w:t>birbirine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</w:t>
      </w:r>
      <w:proofErr w:type="spellStart"/>
      <w:r>
        <w:t>seyretmekle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ortalamaların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Kariyer</w:t>
      </w:r>
      <w:proofErr w:type="spellEnd"/>
      <w:r>
        <w:t xml:space="preserve"> </w:t>
      </w:r>
      <w:proofErr w:type="spellStart"/>
      <w:r>
        <w:t>Gelişimi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 Yapısı, </w:t>
      </w:r>
      <w:proofErr w:type="spellStart"/>
      <w:r>
        <w:t>Yetkinlik</w:t>
      </w:r>
      <w:proofErr w:type="spellEnd"/>
      <w:r>
        <w:t xml:space="preserve"> </w:t>
      </w:r>
      <w:proofErr w:type="spellStart"/>
      <w:r>
        <w:t>Kullanımı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Aidiyet</w:t>
      </w:r>
      <w:proofErr w:type="spellEnd"/>
      <w:r>
        <w:t xml:space="preserve"> </w:t>
      </w:r>
      <w:proofErr w:type="spellStart"/>
      <w:r>
        <w:t>temalarında</w:t>
      </w:r>
      <w:proofErr w:type="spellEnd"/>
      <w:r>
        <w:t xml:space="preserve"> </w:t>
      </w:r>
      <w:proofErr w:type="spellStart"/>
      <w:r>
        <w:t>toplandığı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En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ortalama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,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Teknik </w:t>
      </w:r>
      <w:proofErr w:type="spellStart"/>
      <w:r>
        <w:t>Olanaklar</w:t>
      </w:r>
      <w:proofErr w:type="spellEnd"/>
      <w:r>
        <w:t xml:space="preserve"> </w:t>
      </w:r>
      <w:proofErr w:type="spellStart"/>
      <w:r>
        <w:t>temasındadır</w:t>
      </w:r>
      <w:proofErr w:type="spellEnd"/>
      <w:r>
        <w:t>.</w:t>
      </w:r>
    </w:p>
    <w:p w14:paraId="6B54DE9B" w14:textId="7EA7766F" w:rsidR="00015841" w:rsidRPr="00880FC3" w:rsidRDefault="00015841" w:rsidP="00015841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5. BOYUTSAL ANAL</w:t>
      </w:r>
      <w:r w:rsidR="003F0491">
        <w:rPr>
          <w:rFonts w:asciiTheme="majorHAnsi" w:hAnsiTheme="majorHAnsi" w:cstheme="majorHAnsi"/>
        </w:rPr>
        <w:t>İ</w:t>
      </w:r>
      <w:r w:rsidRPr="00880FC3">
        <w:rPr>
          <w:rFonts w:asciiTheme="majorHAnsi" w:hAnsiTheme="majorHAnsi" w:cstheme="majorHAnsi"/>
        </w:rPr>
        <w:t>Z</w:t>
      </w:r>
    </w:p>
    <w:p w14:paraId="31ECCED4" w14:textId="77777777" w:rsidR="00015841" w:rsidRPr="00015841" w:rsidRDefault="00015841" w:rsidP="00015841">
      <w:pPr>
        <w:rPr>
          <w:rFonts w:asciiTheme="majorHAnsi" w:hAnsiTheme="majorHAnsi" w:cstheme="majorHAnsi"/>
          <w:sz w:val="22"/>
        </w:rPr>
      </w:pPr>
      <w:proofErr w:type="spellStart"/>
      <w:r w:rsidRPr="00880FC3">
        <w:rPr>
          <w:rFonts w:asciiTheme="majorHAnsi" w:hAnsiTheme="majorHAnsi" w:cstheme="majorHAnsi"/>
          <w:sz w:val="22"/>
        </w:rPr>
        <w:t>Rehberde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önerilen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boyutsal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yaklaşım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doğrultusunda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maddeler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altı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tematik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başlık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altında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 </w:t>
      </w:r>
      <w:proofErr w:type="spellStart"/>
      <w:r w:rsidRPr="00880FC3">
        <w:rPr>
          <w:rFonts w:asciiTheme="majorHAnsi" w:hAnsiTheme="majorHAnsi" w:cstheme="majorHAnsi"/>
          <w:sz w:val="22"/>
        </w:rPr>
        <w:t>değerlendirilmiştir</w:t>
      </w:r>
      <w:proofErr w:type="spellEnd"/>
      <w:r w:rsidRPr="00880FC3">
        <w:rPr>
          <w:rFonts w:asciiTheme="majorHAnsi" w:hAnsiTheme="majorHAnsi" w:cstheme="majorHAnsi"/>
          <w:sz w:val="22"/>
        </w:rPr>
        <w:t xml:space="preserve">. </w:t>
      </w:r>
    </w:p>
    <w:p w14:paraId="64C771DB" w14:textId="77777777" w:rsidR="00EE569C" w:rsidRPr="00015841" w:rsidRDefault="00B45E37">
      <w:pPr>
        <w:rPr>
          <w:sz w:val="22"/>
        </w:rPr>
      </w:pPr>
      <w:r w:rsidRPr="00015841">
        <w:rPr>
          <w:b/>
          <w:sz w:val="22"/>
        </w:rPr>
        <w:t xml:space="preserve">1. </w:t>
      </w:r>
      <w:proofErr w:type="spellStart"/>
      <w:r w:rsidRPr="00015841">
        <w:rPr>
          <w:b/>
          <w:sz w:val="22"/>
        </w:rPr>
        <w:t>Eğitim</w:t>
      </w:r>
      <w:proofErr w:type="spellEnd"/>
      <w:r w:rsidRPr="00015841">
        <w:rPr>
          <w:b/>
          <w:sz w:val="22"/>
        </w:rPr>
        <w:t xml:space="preserve"> ve </w:t>
      </w:r>
      <w:proofErr w:type="spellStart"/>
      <w:r w:rsidRPr="00015841">
        <w:rPr>
          <w:b/>
          <w:sz w:val="22"/>
        </w:rPr>
        <w:t>Kariyer</w:t>
      </w:r>
      <w:proofErr w:type="spellEnd"/>
      <w:r w:rsidRPr="00015841">
        <w:rPr>
          <w:b/>
          <w:sz w:val="22"/>
        </w:rPr>
        <w:t xml:space="preserve"> </w:t>
      </w:r>
      <w:proofErr w:type="spellStart"/>
      <w:r w:rsidRPr="00015841">
        <w:rPr>
          <w:b/>
          <w:sz w:val="22"/>
        </w:rPr>
        <w:t>Gelişimi</w:t>
      </w:r>
      <w:proofErr w:type="spellEnd"/>
    </w:p>
    <w:p w14:paraId="5267CC67" w14:textId="77777777" w:rsidR="00081E93" w:rsidRDefault="00081E93" w:rsidP="00081E93">
      <w:pPr>
        <w:jc w:val="center"/>
      </w:pPr>
      <w:r>
        <w:rPr>
          <w:noProof/>
          <w:lang w:val="tr-TR" w:eastAsia="tr-TR"/>
        </w:rPr>
        <w:drawing>
          <wp:anchor distT="0" distB="0" distL="114300" distR="114300" simplePos="0" relativeHeight="251655168" behindDoc="0" locked="0" layoutInCell="1" allowOverlap="1" wp14:anchorId="157E5ECD" wp14:editId="2C07AE9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57200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510" y="21466"/>
                <wp:lineTo x="21510" y="0"/>
                <wp:lineTo x="0" y="0"/>
              </wp:wrapPolygon>
            </wp:wrapThrough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ğitim ve Kariyer Gelişimi_fin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97032" w14:textId="77777777" w:rsidR="00081E93" w:rsidRDefault="00081E93" w:rsidP="00081E93">
      <w:pPr>
        <w:jc w:val="center"/>
      </w:pPr>
    </w:p>
    <w:p w14:paraId="31F213C5" w14:textId="77777777" w:rsidR="00081E93" w:rsidRDefault="00081E93" w:rsidP="00081E93">
      <w:pPr>
        <w:jc w:val="center"/>
      </w:pPr>
    </w:p>
    <w:p w14:paraId="2EED2BBB" w14:textId="77777777" w:rsidR="00081E93" w:rsidRDefault="00081E93" w:rsidP="00081E93">
      <w:pPr>
        <w:jc w:val="center"/>
      </w:pPr>
    </w:p>
    <w:p w14:paraId="5BB3837E" w14:textId="77777777" w:rsidR="00081E93" w:rsidRDefault="00081E93" w:rsidP="00081E93">
      <w:pPr>
        <w:jc w:val="center"/>
      </w:pPr>
    </w:p>
    <w:p w14:paraId="10C85B75" w14:textId="77777777" w:rsidR="00081E93" w:rsidRDefault="00081E93" w:rsidP="00081E93">
      <w:pPr>
        <w:jc w:val="center"/>
      </w:pPr>
    </w:p>
    <w:p w14:paraId="71695372" w14:textId="77777777" w:rsidR="00081E93" w:rsidRDefault="00081E93" w:rsidP="00081E93">
      <w:pPr>
        <w:jc w:val="center"/>
      </w:pPr>
    </w:p>
    <w:p w14:paraId="70B3223D" w14:textId="77777777" w:rsidR="00081E93" w:rsidRDefault="00081E93" w:rsidP="00081E93">
      <w:pPr>
        <w:jc w:val="center"/>
      </w:pPr>
    </w:p>
    <w:p w14:paraId="233578AC" w14:textId="77777777" w:rsidR="00081E93" w:rsidRDefault="00081E93" w:rsidP="00081E93">
      <w:pPr>
        <w:jc w:val="center"/>
      </w:pPr>
    </w:p>
    <w:p w14:paraId="5563115C" w14:textId="77777777" w:rsidR="00081E93" w:rsidRDefault="00081E93" w:rsidP="00081E93">
      <w:pPr>
        <w:jc w:val="center"/>
      </w:pPr>
    </w:p>
    <w:p w14:paraId="549DDD13" w14:textId="77777777" w:rsidR="00081E93" w:rsidRDefault="00081E93" w:rsidP="00081E93">
      <w:pPr>
        <w:jc w:val="center"/>
      </w:pPr>
    </w:p>
    <w:p w14:paraId="4736F5E6" w14:textId="77777777" w:rsidR="00081E93" w:rsidRDefault="00081E93" w:rsidP="00081E93">
      <w:pPr>
        <w:jc w:val="center"/>
      </w:pPr>
    </w:p>
    <w:p w14:paraId="228443C9" w14:textId="77777777" w:rsidR="00081E93" w:rsidRDefault="00081E93" w:rsidP="00081E93">
      <w:pPr>
        <w:jc w:val="center"/>
      </w:pPr>
      <w:proofErr w:type="spellStart"/>
      <w:r>
        <w:t>Şekil</w:t>
      </w:r>
      <w:proofErr w:type="spellEnd"/>
      <w:r>
        <w:t xml:space="preserve"> 1.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Kariyer</w:t>
      </w:r>
      <w:proofErr w:type="spellEnd"/>
      <w:r>
        <w:t xml:space="preserve"> </w:t>
      </w:r>
      <w:proofErr w:type="spellStart"/>
      <w:r>
        <w:t>Gelişimi</w:t>
      </w:r>
      <w:proofErr w:type="spellEnd"/>
      <w:r>
        <w:t xml:space="preserve"> </w:t>
      </w:r>
      <w:proofErr w:type="spellStart"/>
      <w:r>
        <w:t>boyutuna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ortalamaları</w:t>
      </w:r>
      <w:proofErr w:type="spellEnd"/>
      <w:r>
        <w:t>.</w:t>
      </w:r>
    </w:p>
    <w:p w14:paraId="47293795" w14:textId="77777777" w:rsidR="00EE569C" w:rsidRPr="00015841" w:rsidRDefault="00015841">
      <w:pPr>
        <w:jc w:val="both"/>
        <w:rPr>
          <w:sz w:val="22"/>
        </w:rPr>
      </w:pPr>
      <w:r w:rsidRPr="00015841">
        <w:rPr>
          <w:sz w:val="22"/>
        </w:rPr>
        <w:t xml:space="preserve">Bu </w:t>
      </w:r>
      <w:proofErr w:type="spellStart"/>
      <w:r w:rsidRPr="00015841">
        <w:rPr>
          <w:sz w:val="22"/>
        </w:rPr>
        <w:t>boyut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olarak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düzeydedir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Mesleki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kişisel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gelişime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yönelik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eğitim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fırsatları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olumlu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değerlendirilmiş</w:t>
      </w:r>
      <w:proofErr w:type="spellEnd"/>
      <w:r w:rsidRPr="00015841">
        <w:rPr>
          <w:sz w:val="22"/>
        </w:rPr>
        <w:t xml:space="preserve">; buna </w:t>
      </w:r>
      <w:proofErr w:type="spellStart"/>
      <w:r w:rsidRPr="00015841">
        <w:rPr>
          <w:sz w:val="22"/>
        </w:rPr>
        <w:t>karşın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kariyer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geliştirme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fırsatları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aynı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boyut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görece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kalmıştır</w:t>
      </w:r>
      <w:proofErr w:type="spellEnd"/>
      <w:r w:rsidRPr="00015841">
        <w:rPr>
          <w:sz w:val="22"/>
        </w:rPr>
        <w:t xml:space="preserve">. Bu </w:t>
      </w:r>
      <w:proofErr w:type="spellStart"/>
      <w:r w:rsidRPr="00015841">
        <w:rPr>
          <w:sz w:val="22"/>
        </w:rPr>
        <w:t>görünüm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kısa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süreli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eğitim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desteğinin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mevcut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olduğunu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ancak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kariyer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basamakları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ilerleme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olanaklarının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görünür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sistematik</w:t>
      </w:r>
      <w:proofErr w:type="spellEnd"/>
      <w:r w:rsidRPr="00015841">
        <w:rPr>
          <w:sz w:val="22"/>
        </w:rPr>
        <w:t xml:space="preserve"> hale </w:t>
      </w:r>
      <w:proofErr w:type="spellStart"/>
      <w:r w:rsidRPr="00015841">
        <w:rPr>
          <w:sz w:val="22"/>
        </w:rPr>
        <w:t>getirilmesi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gerektiğini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düşündürmektedir</w:t>
      </w:r>
      <w:proofErr w:type="spellEnd"/>
      <w:r w:rsidRPr="00015841">
        <w:rPr>
          <w:sz w:val="22"/>
        </w:rPr>
        <w:t>.</w:t>
      </w:r>
    </w:p>
    <w:p w14:paraId="13462680" w14:textId="77777777" w:rsidR="00EE569C" w:rsidRPr="00015841" w:rsidRDefault="00015841">
      <w:pPr>
        <w:rPr>
          <w:sz w:val="22"/>
        </w:rPr>
      </w:pPr>
      <w:r w:rsidRPr="00015841">
        <w:rPr>
          <w:b/>
          <w:sz w:val="22"/>
        </w:rPr>
        <w:t xml:space="preserve">2. </w:t>
      </w:r>
      <w:proofErr w:type="spellStart"/>
      <w:r w:rsidRPr="00015841">
        <w:rPr>
          <w:b/>
          <w:sz w:val="22"/>
        </w:rPr>
        <w:t>İletişim</w:t>
      </w:r>
      <w:proofErr w:type="spellEnd"/>
      <w:r w:rsidRPr="00015841">
        <w:rPr>
          <w:b/>
          <w:sz w:val="22"/>
        </w:rPr>
        <w:t xml:space="preserve">, </w:t>
      </w:r>
      <w:proofErr w:type="spellStart"/>
      <w:r w:rsidRPr="00015841">
        <w:rPr>
          <w:b/>
          <w:sz w:val="22"/>
        </w:rPr>
        <w:t>Katılım</w:t>
      </w:r>
      <w:proofErr w:type="spellEnd"/>
      <w:r w:rsidRPr="00015841">
        <w:rPr>
          <w:b/>
          <w:sz w:val="22"/>
        </w:rPr>
        <w:t xml:space="preserve"> </w:t>
      </w:r>
      <w:proofErr w:type="spellStart"/>
      <w:r w:rsidRPr="00015841">
        <w:rPr>
          <w:b/>
          <w:sz w:val="22"/>
        </w:rPr>
        <w:t>ve</w:t>
      </w:r>
      <w:proofErr w:type="spellEnd"/>
      <w:r w:rsidRPr="00015841">
        <w:rPr>
          <w:b/>
          <w:sz w:val="22"/>
        </w:rPr>
        <w:t xml:space="preserve"> </w:t>
      </w:r>
      <w:proofErr w:type="spellStart"/>
      <w:r w:rsidRPr="00015841">
        <w:rPr>
          <w:b/>
          <w:sz w:val="22"/>
        </w:rPr>
        <w:t>Kurumsal</w:t>
      </w:r>
      <w:proofErr w:type="spellEnd"/>
      <w:r w:rsidRPr="00015841">
        <w:rPr>
          <w:b/>
          <w:sz w:val="22"/>
        </w:rPr>
        <w:t xml:space="preserve"> </w:t>
      </w:r>
      <w:proofErr w:type="spellStart"/>
      <w:r w:rsidRPr="00015841">
        <w:rPr>
          <w:b/>
          <w:sz w:val="22"/>
        </w:rPr>
        <w:t>Bilgilendirme</w:t>
      </w:r>
      <w:proofErr w:type="spellEnd"/>
    </w:p>
    <w:p w14:paraId="053FA80A" w14:textId="77777777" w:rsidR="00081E93" w:rsidRDefault="00081E93" w:rsidP="00081E93">
      <w:pPr>
        <w:jc w:val="center"/>
        <w:rPr>
          <w:sz w:val="2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4144" behindDoc="0" locked="0" layoutInCell="1" allowOverlap="1" wp14:anchorId="37819ACE" wp14:editId="29076650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4643120" cy="2514600"/>
            <wp:effectExtent l="0" t="0" r="5080" b="0"/>
            <wp:wrapThrough wrapText="bothSides">
              <wp:wrapPolygon edited="0">
                <wp:start x="0" y="0"/>
                <wp:lineTo x="0" y="21436"/>
                <wp:lineTo x="21535" y="21436"/>
                <wp:lineTo x="21535" y="0"/>
                <wp:lineTo x="0" y="0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İletişim, Katılım ve Kurumsal Bilgilendirme_fin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E2933" w14:textId="77777777" w:rsidR="00081E93" w:rsidRDefault="00081E93" w:rsidP="00081E93">
      <w:pPr>
        <w:jc w:val="center"/>
        <w:rPr>
          <w:sz w:val="22"/>
        </w:rPr>
      </w:pPr>
    </w:p>
    <w:p w14:paraId="7E1F71C0" w14:textId="77777777" w:rsidR="00081E93" w:rsidRDefault="00081E93" w:rsidP="00081E93">
      <w:pPr>
        <w:jc w:val="center"/>
        <w:rPr>
          <w:sz w:val="22"/>
        </w:rPr>
      </w:pPr>
    </w:p>
    <w:p w14:paraId="175BC611" w14:textId="77777777" w:rsidR="00081E93" w:rsidRDefault="00081E93" w:rsidP="00081E93">
      <w:pPr>
        <w:jc w:val="center"/>
        <w:rPr>
          <w:sz w:val="22"/>
        </w:rPr>
      </w:pPr>
    </w:p>
    <w:p w14:paraId="36CA42A2" w14:textId="77777777" w:rsidR="00081E93" w:rsidRDefault="00081E93" w:rsidP="00081E93">
      <w:pPr>
        <w:jc w:val="center"/>
        <w:rPr>
          <w:sz w:val="22"/>
        </w:rPr>
      </w:pPr>
    </w:p>
    <w:p w14:paraId="086B0D22" w14:textId="77777777" w:rsidR="00081E93" w:rsidRDefault="00081E93" w:rsidP="00081E93">
      <w:pPr>
        <w:jc w:val="center"/>
        <w:rPr>
          <w:sz w:val="22"/>
        </w:rPr>
      </w:pPr>
    </w:p>
    <w:p w14:paraId="0DE38162" w14:textId="77777777" w:rsidR="00081E93" w:rsidRDefault="00081E93" w:rsidP="00081E93">
      <w:pPr>
        <w:jc w:val="center"/>
        <w:rPr>
          <w:sz w:val="22"/>
        </w:rPr>
      </w:pPr>
    </w:p>
    <w:p w14:paraId="6BE750A2" w14:textId="77777777" w:rsidR="00081E93" w:rsidRDefault="00081E93" w:rsidP="00081E93">
      <w:pPr>
        <w:jc w:val="center"/>
        <w:rPr>
          <w:sz w:val="22"/>
        </w:rPr>
      </w:pPr>
    </w:p>
    <w:p w14:paraId="56880177" w14:textId="414ECCAF" w:rsidR="00081E93" w:rsidRPr="00081E93" w:rsidRDefault="00081E93" w:rsidP="00081E93">
      <w:pPr>
        <w:jc w:val="center"/>
      </w:pPr>
      <w:proofErr w:type="spellStart"/>
      <w:r>
        <w:t>Şekil</w:t>
      </w:r>
      <w:proofErr w:type="spellEnd"/>
      <w:r>
        <w:t xml:space="preserve"> 2</w:t>
      </w:r>
      <w:r w:rsidR="00794402">
        <w:t xml:space="preserve">. </w:t>
      </w:r>
      <w:proofErr w:type="spellStart"/>
      <w:r>
        <w:t>İletişim</w:t>
      </w:r>
      <w:proofErr w:type="spellEnd"/>
      <w:r>
        <w:t xml:space="preserve">,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v</w:t>
      </w:r>
      <w:r w:rsidR="00794402">
        <w:t>e</w:t>
      </w:r>
      <w:proofErr w:type="spellEnd"/>
      <w:r w:rsidR="00794402">
        <w:t xml:space="preserve"> </w:t>
      </w:r>
      <w:proofErr w:type="spellStart"/>
      <w:r>
        <w:t>Kurumsal</w:t>
      </w:r>
      <w:proofErr w:type="spellEnd"/>
      <w:r>
        <w:t xml:space="preserve"> </w:t>
      </w:r>
      <w:proofErr w:type="spellStart"/>
      <w:r>
        <w:t>Bilgilendirme</w:t>
      </w:r>
      <w:proofErr w:type="spellEnd"/>
      <w:r>
        <w:t xml:space="preserve"> </w:t>
      </w:r>
      <w:proofErr w:type="spellStart"/>
      <w:r w:rsidR="00794402">
        <w:t>Boyutuna</w:t>
      </w:r>
      <w:proofErr w:type="spellEnd"/>
      <w:r w:rsidR="00794402">
        <w:t xml:space="preserve"> </w:t>
      </w:r>
      <w:proofErr w:type="spellStart"/>
      <w:r w:rsidR="00794402">
        <w:t>Ilişkin</w:t>
      </w:r>
      <w:proofErr w:type="spellEnd"/>
      <w:r w:rsidR="00794402">
        <w:t xml:space="preserve"> Madde </w:t>
      </w:r>
      <w:proofErr w:type="spellStart"/>
      <w:r w:rsidR="00794402">
        <w:t>Ortalamaları</w:t>
      </w:r>
      <w:proofErr w:type="spellEnd"/>
    </w:p>
    <w:p w14:paraId="3AAD0A0C" w14:textId="77777777" w:rsidR="00EE569C" w:rsidRPr="00015841" w:rsidRDefault="00015841" w:rsidP="00081E93">
      <w:pPr>
        <w:jc w:val="both"/>
        <w:rPr>
          <w:sz w:val="22"/>
        </w:rPr>
      </w:pPr>
      <w:proofErr w:type="spellStart"/>
      <w:r w:rsidRPr="00015841">
        <w:rPr>
          <w:sz w:val="22"/>
        </w:rPr>
        <w:t>İletişim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bilgilendirme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boyutu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düzeydedir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Yöneticilere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ulaşılabilirlik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yöneticilerle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olumlu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değerlendirilirken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karar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süreçlerinde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görüşlerin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dikkate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alınmasına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ilişkin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puan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almıştır</w:t>
      </w:r>
      <w:proofErr w:type="spellEnd"/>
      <w:r w:rsidRPr="00015841">
        <w:rPr>
          <w:sz w:val="22"/>
        </w:rPr>
        <w:t xml:space="preserve">. Bu </w:t>
      </w:r>
      <w:proofErr w:type="spellStart"/>
      <w:r w:rsidRPr="00015841">
        <w:rPr>
          <w:sz w:val="22"/>
        </w:rPr>
        <w:t>tablo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günlük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kanallarının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çalıştığını</w:t>
      </w:r>
      <w:proofErr w:type="spellEnd"/>
      <w:r w:rsidRPr="00015841">
        <w:rPr>
          <w:sz w:val="22"/>
        </w:rPr>
        <w:t xml:space="preserve">; </w:t>
      </w:r>
      <w:proofErr w:type="spellStart"/>
      <w:r w:rsidRPr="00015841">
        <w:rPr>
          <w:sz w:val="22"/>
        </w:rPr>
        <w:t>ancak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katılımcı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yönetişim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mekanizmalarının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yapısal</w:t>
      </w:r>
      <w:proofErr w:type="spellEnd"/>
      <w:r w:rsidRPr="00015841">
        <w:rPr>
          <w:sz w:val="22"/>
        </w:rPr>
        <w:t xml:space="preserve"> hale </w:t>
      </w:r>
      <w:proofErr w:type="spellStart"/>
      <w:r w:rsidRPr="00015841">
        <w:rPr>
          <w:sz w:val="22"/>
        </w:rPr>
        <w:t>getirilmesine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ihtiyaç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bulunduğunu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göstermektedir</w:t>
      </w:r>
      <w:proofErr w:type="spellEnd"/>
      <w:r w:rsidRPr="00015841">
        <w:rPr>
          <w:sz w:val="22"/>
        </w:rPr>
        <w:t>.</w:t>
      </w:r>
    </w:p>
    <w:p w14:paraId="1B6743B5" w14:textId="77777777" w:rsidR="00EE569C" w:rsidRPr="00015841" w:rsidRDefault="00015841">
      <w:pPr>
        <w:rPr>
          <w:sz w:val="22"/>
        </w:rPr>
      </w:pPr>
      <w:r w:rsidRPr="00015841">
        <w:rPr>
          <w:b/>
          <w:sz w:val="22"/>
        </w:rPr>
        <w:t xml:space="preserve">3. </w:t>
      </w:r>
      <w:proofErr w:type="spellStart"/>
      <w:r w:rsidRPr="00015841">
        <w:rPr>
          <w:b/>
          <w:sz w:val="22"/>
        </w:rPr>
        <w:t>Yönetim</w:t>
      </w:r>
      <w:proofErr w:type="spellEnd"/>
      <w:r w:rsidRPr="00015841">
        <w:rPr>
          <w:b/>
          <w:sz w:val="22"/>
        </w:rPr>
        <w:t xml:space="preserve"> </w:t>
      </w:r>
      <w:proofErr w:type="spellStart"/>
      <w:r w:rsidRPr="00015841">
        <w:rPr>
          <w:b/>
          <w:sz w:val="22"/>
        </w:rPr>
        <w:t>ve</w:t>
      </w:r>
      <w:proofErr w:type="spellEnd"/>
      <w:r w:rsidRPr="00015841">
        <w:rPr>
          <w:b/>
          <w:sz w:val="22"/>
        </w:rPr>
        <w:t xml:space="preserve"> Adalet</w:t>
      </w:r>
    </w:p>
    <w:p w14:paraId="639D25F5" w14:textId="77777777" w:rsidR="00081E93" w:rsidRDefault="00081E93">
      <w:pPr>
        <w:jc w:val="both"/>
        <w:rPr>
          <w:sz w:val="2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6192" behindDoc="0" locked="0" layoutInCell="1" allowOverlap="1" wp14:anchorId="551947CC" wp14:editId="409A199A">
            <wp:simplePos x="0" y="0"/>
            <wp:positionH relativeFrom="column">
              <wp:posOffset>630555</wp:posOffset>
            </wp:positionH>
            <wp:positionV relativeFrom="paragraph">
              <wp:posOffset>8890</wp:posOffset>
            </wp:positionV>
            <wp:extent cx="4571365" cy="2181860"/>
            <wp:effectExtent l="0" t="0" r="635" b="8890"/>
            <wp:wrapThrough wrapText="bothSides">
              <wp:wrapPolygon edited="0">
                <wp:start x="0" y="0"/>
                <wp:lineTo x="0" y="21499"/>
                <wp:lineTo x="21513" y="21499"/>
                <wp:lineTo x="21513" y="0"/>
                <wp:lineTo x="0" y="0"/>
              </wp:wrapPolygon>
            </wp:wrapThrough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önetim ve Adalet_fin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C6127B" w14:textId="77777777" w:rsidR="00081E93" w:rsidRDefault="00081E93">
      <w:pPr>
        <w:jc w:val="both"/>
        <w:rPr>
          <w:sz w:val="22"/>
        </w:rPr>
      </w:pPr>
    </w:p>
    <w:p w14:paraId="2FBFB06E" w14:textId="77777777" w:rsidR="00081E93" w:rsidRDefault="00081E93">
      <w:pPr>
        <w:jc w:val="both"/>
        <w:rPr>
          <w:sz w:val="22"/>
        </w:rPr>
      </w:pPr>
    </w:p>
    <w:p w14:paraId="67E04B31" w14:textId="77777777" w:rsidR="00081E93" w:rsidRDefault="00081E93">
      <w:pPr>
        <w:jc w:val="both"/>
        <w:rPr>
          <w:sz w:val="22"/>
        </w:rPr>
      </w:pPr>
    </w:p>
    <w:p w14:paraId="22B191D6" w14:textId="77777777" w:rsidR="00081E93" w:rsidRDefault="00081E93">
      <w:pPr>
        <w:jc w:val="both"/>
        <w:rPr>
          <w:sz w:val="22"/>
        </w:rPr>
      </w:pPr>
    </w:p>
    <w:p w14:paraId="11347BF6" w14:textId="77777777" w:rsidR="00081E93" w:rsidRDefault="00081E93">
      <w:pPr>
        <w:jc w:val="both"/>
        <w:rPr>
          <w:sz w:val="22"/>
        </w:rPr>
      </w:pPr>
    </w:p>
    <w:p w14:paraId="25844F35" w14:textId="77777777" w:rsidR="00081E93" w:rsidRDefault="00081E93">
      <w:pPr>
        <w:jc w:val="both"/>
        <w:rPr>
          <w:sz w:val="22"/>
        </w:rPr>
      </w:pPr>
    </w:p>
    <w:p w14:paraId="2472A414" w14:textId="1C28767E" w:rsidR="00081E93" w:rsidRPr="00081E93" w:rsidRDefault="00794402" w:rsidP="006B587C">
      <w:pPr>
        <w:jc w:val="center"/>
      </w:pPr>
      <w:proofErr w:type="spellStart"/>
      <w:r>
        <w:t>Ş</w:t>
      </w:r>
      <w:r w:rsidR="00081E93">
        <w:t>ekil</w:t>
      </w:r>
      <w:proofErr w:type="spellEnd"/>
      <w:r w:rsidR="00081E93">
        <w:t xml:space="preserve"> 3. </w:t>
      </w:r>
      <w:proofErr w:type="spellStart"/>
      <w:r w:rsidR="00081E93">
        <w:t>Yönetim</w:t>
      </w:r>
      <w:proofErr w:type="spellEnd"/>
      <w:r w:rsidR="00081E93">
        <w:t xml:space="preserve"> </w:t>
      </w:r>
      <w:proofErr w:type="spellStart"/>
      <w:r w:rsidR="00081E93">
        <w:t>ve</w:t>
      </w:r>
      <w:proofErr w:type="spellEnd"/>
      <w:r w:rsidR="00081E93">
        <w:t xml:space="preserve"> Adalet </w:t>
      </w:r>
      <w:proofErr w:type="spellStart"/>
      <w:r w:rsidR="00081E93">
        <w:t>boyutuna</w:t>
      </w:r>
      <w:proofErr w:type="spellEnd"/>
      <w:r w:rsidR="00081E93">
        <w:t xml:space="preserve"> </w:t>
      </w:r>
      <w:proofErr w:type="spellStart"/>
      <w:r w:rsidR="00081E93">
        <w:t>ilişkin</w:t>
      </w:r>
      <w:proofErr w:type="spellEnd"/>
      <w:r w:rsidR="00081E93">
        <w:t xml:space="preserve"> </w:t>
      </w:r>
      <w:proofErr w:type="spellStart"/>
      <w:r w:rsidR="00081E93">
        <w:t>madde</w:t>
      </w:r>
      <w:proofErr w:type="spellEnd"/>
      <w:r w:rsidR="00081E93">
        <w:t xml:space="preserve"> </w:t>
      </w:r>
      <w:proofErr w:type="spellStart"/>
      <w:r w:rsidR="00081E93">
        <w:t>ortalamaları</w:t>
      </w:r>
      <w:proofErr w:type="spellEnd"/>
      <w:r w:rsidR="00081E93">
        <w:t>.</w:t>
      </w:r>
    </w:p>
    <w:p w14:paraId="5D0D6B4E" w14:textId="77777777" w:rsidR="00EE569C" w:rsidRPr="00015841" w:rsidRDefault="00015841">
      <w:pPr>
        <w:jc w:val="both"/>
        <w:rPr>
          <w:sz w:val="22"/>
        </w:rPr>
      </w:pPr>
      <w:proofErr w:type="spellStart"/>
      <w:r w:rsidRPr="00015841">
        <w:rPr>
          <w:sz w:val="22"/>
        </w:rPr>
        <w:lastRenderedPageBreak/>
        <w:t>Yönetim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adalet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teması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olmakla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birlikte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orta-yüksek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bantta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seyretmektedir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Başarıların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takdir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edilmesi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eşit</w:t>
      </w:r>
      <w:proofErr w:type="spellEnd"/>
      <w:r w:rsidRPr="00015841">
        <w:rPr>
          <w:sz w:val="22"/>
        </w:rPr>
        <w:t>/</w:t>
      </w:r>
      <w:proofErr w:type="spellStart"/>
      <w:r w:rsidRPr="00015841">
        <w:rPr>
          <w:sz w:val="22"/>
        </w:rPr>
        <w:t>adil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davranılmasına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ilişkin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algı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olumlu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görünürken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iletilen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şikayetlerin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dikkate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alınması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çözüm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odaklı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yaklaşım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maddeleri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temkinli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değerlendirilmiştir</w:t>
      </w:r>
      <w:proofErr w:type="spellEnd"/>
      <w:r w:rsidRPr="00015841">
        <w:rPr>
          <w:sz w:val="22"/>
        </w:rPr>
        <w:t xml:space="preserve">. Bu durum, </w:t>
      </w:r>
      <w:proofErr w:type="spellStart"/>
      <w:r w:rsidRPr="00015841">
        <w:rPr>
          <w:sz w:val="22"/>
        </w:rPr>
        <w:t>yönetsel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tutumun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güçlendirilmesi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kadar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bildirimlerin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sonuçlarının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görünür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kılınmasının</w:t>
      </w:r>
      <w:proofErr w:type="spellEnd"/>
      <w:r w:rsidRPr="00015841">
        <w:rPr>
          <w:sz w:val="22"/>
        </w:rPr>
        <w:t xml:space="preserve"> da </w:t>
      </w:r>
      <w:proofErr w:type="spellStart"/>
      <w:r w:rsidRPr="00015841">
        <w:rPr>
          <w:sz w:val="22"/>
        </w:rPr>
        <w:t>önemli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olduğunu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düşündürmektedir</w:t>
      </w:r>
      <w:proofErr w:type="spellEnd"/>
      <w:r w:rsidRPr="00015841">
        <w:rPr>
          <w:sz w:val="22"/>
        </w:rPr>
        <w:t>.</w:t>
      </w:r>
    </w:p>
    <w:p w14:paraId="66DA7995" w14:textId="20266E65" w:rsidR="00EE569C" w:rsidRPr="00015841" w:rsidRDefault="006B587C">
      <w:pPr>
        <w:rPr>
          <w:sz w:val="2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 wp14:anchorId="7ABB08DC" wp14:editId="406F1B40">
            <wp:simplePos x="0" y="0"/>
            <wp:positionH relativeFrom="column">
              <wp:posOffset>1059815</wp:posOffset>
            </wp:positionH>
            <wp:positionV relativeFrom="paragraph">
              <wp:posOffset>306070</wp:posOffset>
            </wp:positionV>
            <wp:extent cx="4571365" cy="2743200"/>
            <wp:effectExtent l="0" t="0" r="635" b="0"/>
            <wp:wrapThrough wrapText="bothSides">
              <wp:wrapPolygon edited="0">
                <wp:start x="0" y="0"/>
                <wp:lineTo x="0" y="21450"/>
                <wp:lineTo x="21513" y="21450"/>
                <wp:lineTo x="21513" y="0"/>
                <wp:lineTo x="0" y="0"/>
              </wp:wrapPolygon>
            </wp:wrapThrough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örev Yapısı, Yetkinlik Kullanımı ve Aidiyet_fin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5841" w:rsidRPr="00015841">
        <w:rPr>
          <w:b/>
          <w:sz w:val="22"/>
        </w:rPr>
        <w:t xml:space="preserve">4. Görev Yapısı, </w:t>
      </w:r>
      <w:proofErr w:type="spellStart"/>
      <w:r w:rsidR="00015841" w:rsidRPr="00015841">
        <w:rPr>
          <w:b/>
          <w:sz w:val="22"/>
        </w:rPr>
        <w:t>Yetkinlik</w:t>
      </w:r>
      <w:proofErr w:type="spellEnd"/>
      <w:r w:rsidR="00015841" w:rsidRPr="00015841">
        <w:rPr>
          <w:b/>
          <w:sz w:val="22"/>
        </w:rPr>
        <w:t xml:space="preserve"> </w:t>
      </w:r>
      <w:proofErr w:type="spellStart"/>
      <w:r w:rsidR="00015841" w:rsidRPr="00015841">
        <w:rPr>
          <w:b/>
          <w:sz w:val="22"/>
        </w:rPr>
        <w:t>Kullanımı</w:t>
      </w:r>
      <w:proofErr w:type="spellEnd"/>
      <w:r w:rsidR="00015841" w:rsidRPr="00015841">
        <w:rPr>
          <w:b/>
          <w:sz w:val="22"/>
        </w:rPr>
        <w:t xml:space="preserve"> </w:t>
      </w:r>
      <w:proofErr w:type="spellStart"/>
      <w:r w:rsidR="00015841" w:rsidRPr="00015841">
        <w:rPr>
          <w:b/>
          <w:sz w:val="22"/>
        </w:rPr>
        <w:t>ve</w:t>
      </w:r>
      <w:proofErr w:type="spellEnd"/>
      <w:r w:rsidR="00015841" w:rsidRPr="00015841">
        <w:rPr>
          <w:b/>
          <w:sz w:val="22"/>
        </w:rPr>
        <w:t xml:space="preserve"> </w:t>
      </w:r>
      <w:proofErr w:type="spellStart"/>
      <w:r w:rsidR="00015841" w:rsidRPr="00015841">
        <w:rPr>
          <w:b/>
          <w:sz w:val="22"/>
        </w:rPr>
        <w:t>Aidiyet</w:t>
      </w:r>
      <w:proofErr w:type="spellEnd"/>
    </w:p>
    <w:p w14:paraId="18AD8540" w14:textId="77777777" w:rsidR="00081E93" w:rsidRDefault="00081E93">
      <w:pPr>
        <w:jc w:val="both"/>
        <w:rPr>
          <w:sz w:val="22"/>
        </w:rPr>
      </w:pPr>
    </w:p>
    <w:p w14:paraId="53DD9C2D" w14:textId="243F016D" w:rsidR="00081E93" w:rsidRDefault="00081E93">
      <w:pPr>
        <w:jc w:val="both"/>
        <w:rPr>
          <w:sz w:val="22"/>
        </w:rPr>
      </w:pPr>
    </w:p>
    <w:p w14:paraId="77BD3F77" w14:textId="77777777" w:rsidR="00081E93" w:rsidRDefault="00081E93">
      <w:pPr>
        <w:jc w:val="both"/>
        <w:rPr>
          <w:sz w:val="22"/>
        </w:rPr>
      </w:pPr>
    </w:p>
    <w:p w14:paraId="32389F42" w14:textId="77777777" w:rsidR="00081E93" w:rsidRDefault="00081E93">
      <w:pPr>
        <w:jc w:val="both"/>
        <w:rPr>
          <w:sz w:val="22"/>
        </w:rPr>
      </w:pPr>
    </w:p>
    <w:p w14:paraId="41427786" w14:textId="77777777" w:rsidR="00081E93" w:rsidRDefault="00081E93">
      <w:pPr>
        <w:jc w:val="both"/>
        <w:rPr>
          <w:sz w:val="22"/>
        </w:rPr>
      </w:pPr>
    </w:p>
    <w:p w14:paraId="2DF033A3" w14:textId="77777777" w:rsidR="00081E93" w:rsidRDefault="00081E93">
      <w:pPr>
        <w:jc w:val="both"/>
        <w:rPr>
          <w:sz w:val="22"/>
        </w:rPr>
      </w:pPr>
    </w:p>
    <w:p w14:paraId="72F9B387" w14:textId="77777777" w:rsidR="00081E93" w:rsidRDefault="00081E93">
      <w:pPr>
        <w:jc w:val="both"/>
        <w:rPr>
          <w:sz w:val="22"/>
        </w:rPr>
      </w:pPr>
    </w:p>
    <w:p w14:paraId="70692E89" w14:textId="77777777" w:rsidR="00081E93" w:rsidRDefault="00081E93">
      <w:pPr>
        <w:jc w:val="both"/>
        <w:rPr>
          <w:sz w:val="22"/>
        </w:rPr>
      </w:pPr>
    </w:p>
    <w:p w14:paraId="0E2B3E93" w14:textId="77777777" w:rsidR="00081E93" w:rsidRDefault="00081E93">
      <w:pPr>
        <w:jc w:val="both"/>
        <w:rPr>
          <w:sz w:val="22"/>
        </w:rPr>
      </w:pPr>
    </w:p>
    <w:p w14:paraId="5EFAFF04" w14:textId="1DE33C6A" w:rsidR="00081E93" w:rsidRPr="00081E93" w:rsidRDefault="00081E93" w:rsidP="00081E93">
      <w:pPr>
        <w:jc w:val="center"/>
      </w:pPr>
      <w:proofErr w:type="spellStart"/>
      <w:r>
        <w:t>Şekil</w:t>
      </w:r>
      <w:proofErr w:type="spellEnd"/>
      <w:r>
        <w:t xml:space="preserve"> 4. Görev Yapısı, </w:t>
      </w:r>
      <w:proofErr w:type="spellStart"/>
      <w:r>
        <w:t>Yetkinlik</w:t>
      </w:r>
      <w:proofErr w:type="spellEnd"/>
      <w:r>
        <w:t xml:space="preserve"> </w:t>
      </w:r>
      <w:proofErr w:type="spellStart"/>
      <w:r>
        <w:t>Kullanımı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Aidiyet</w:t>
      </w:r>
      <w:proofErr w:type="spellEnd"/>
      <w:r>
        <w:t xml:space="preserve"> </w:t>
      </w:r>
      <w:proofErr w:type="spellStart"/>
      <w:r w:rsidR="006B587C">
        <w:t>Boyutuna</w:t>
      </w:r>
      <w:proofErr w:type="spellEnd"/>
      <w:r w:rsidR="006B587C">
        <w:t xml:space="preserve"> </w:t>
      </w:r>
      <w:proofErr w:type="spellStart"/>
      <w:r w:rsidR="006B587C">
        <w:t>Ilişkin</w:t>
      </w:r>
      <w:proofErr w:type="spellEnd"/>
      <w:r w:rsidR="006B587C">
        <w:t xml:space="preserve"> Madde </w:t>
      </w:r>
      <w:proofErr w:type="spellStart"/>
      <w:r w:rsidR="006B587C">
        <w:t>Ortalamaları</w:t>
      </w:r>
      <w:proofErr w:type="spellEnd"/>
    </w:p>
    <w:p w14:paraId="5E161398" w14:textId="77777777" w:rsidR="00EE569C" w:rsidRPr="00015841" w:rsidRDefault="00015841">
      <w:pPr>
        <w:jc w:val="both"/>
        <w:rPr>
          <w:sz w:val="22"/>
        </w:rPr>
      </w:pPr>
      <w:r w:rsidRPr="00015841">
        <w:rPr>
          <w:sz w:val="22"/>
        </w:rPr>
        <w:t xml:space="preserve">Bu </w:t>
      </w:r>
      <w:proofErr w:type="spellStart"/>
      <w:r w:rsidRPr="00015841">
        <w:rPr>
          <w:sz w:val="22"/>
        </w:rPr>
        <w:t>boyut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düzeydedir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Kurumsal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aidiyet</w:t>
      </w:r>
      <w:proofErr w:type="spellEnd"/>
      <w:r w:rsidRPr="00015841">
        <w:rPr>
          <w:sz w:val="22"/>
        </w:rPr>
        <w:t xml:space="preserve">, </w:t>
      </w:r>
      <w:proofErr w:type="spellStart"/>
      <w:r w:rsidRPr="00015841">
        <w:rPr>
          <w:sz w:val="22"/>
        </w:rPr>
        <w:t>görev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tanımlarının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açıklığı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görevleri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yerine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getirebilmek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gerekli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özgürlük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olumlu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değerlendirilmiştir</w:t>
      </w:r>
      <w:proofErr w:type="spellEnd"/>
      <w:r w:rsidRPr="00015841">
        <w:rPr>
          <w:sz w:val="22"/>
        </w:rPr>
        <w:t xml:space="preserve">. Buna </w:t>
      </w:r>
      <w:proofErr w:type="spellStart"/>
      <w:r w:rsidRPr="00015841">
        <w:rPr>
          <w:sz w:val="22"/>
        </w:rPr>
        <w:t>karşılık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personelin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yeteneklerini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uygun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alanlarda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kullanabilmesine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yönelik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algı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daha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düşüktür</w:t>
      </w:r>
      <w:proofErr w:type="spellEnd"/>
      <w:r w:rsidRPr="00015841">
        <w:rPr>
          <w:sz w:val="22"/>
        </w:rPr>
        <w:t xml:space="preserve">. Bu </w:t>
      </w:r>
      <w:proofErr w:type="spellStart"/>
      <w:r w:rsidRPr="00015841">
        <w:rPr>
          <w:sz w:val="22"/>
        </w:rPr>
        <w:t>nedenle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görev-planlama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yetkinlik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eşleştirmesi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uygulamalarının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geliştirilmesi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önerilmektedir</w:t>
      </w:r>
      <w:proofErr w:type="spellEnd"/>
      <w:r w:rsidRPr="00015841">
        <w:rPr>
          <w:sz w:val="22"/>
        </w:rPr>
        <w:t>.</w:t>
      </w:r>
    </w:p>
    <w:p w14:paraId="0FFA9194" w14:textId="77777777" w:rsidR="00EE569C" w:rsidRPr="00015841" w:rsidRDefault="00081E93">
      <w:pPr>
        <w:rPr>
          <w:sz w:val="2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 wp14:anchorId="08E7C414" wp14:editId="0110FB8D">
            <wp:simplePos x="0" y="0"/>
            <wp:positionH relativeFrom="column">
              <wp:posOffset>900430</wp:posOffset>
            </wp:positionH>
            <wp:positionV relativeFrom="paragraph">
              <wp:posOffset>214630</wp:posOffset>
            </wp:positionV>
            <wp:extent cx="4314190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yal, Fiziksel ve Teknik Olanaklar_fin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841" w:rsidRPr="00015841">
        <w:rPr>
          <w:b/>
          <w:sz w:val="22"/>
        </w:rPr>
        <w:t xml:space="preserve">5. </w:t>
      </w:r>
      <w:proofErr w:type="spellStart"/>
      <w:r w:rsidR="00015841" w:rsidRPr="00015841">
        <w:rPr>
          <w:b/>
          <w:sz w:val="22"/>
        </w:rPr>
        <w:t>Sosyal</w:t>
      </w:r>
      <w:proofErr w:type="spellEnd"/>
      <w:r w:rsidR="00015841" w:rsidRPr="00015841">
        <w:rPr>
          <w:b/>
          <w:sz w:val="22"/>
        </w:rPr>
        <w:t xml:space="preserve">, </w:t>
      </w:r>
      <w:proofErr w:type="spellStart"/>
      <w:r w:rsidR="00015841" w:rsidRPr="00015841">
        <w:rPr>
          <w:b/>
          <w:sz w:val="22"/>
        </w:rPr>
        <w:t>Fiziksel</w:t>
      </w:r>
      <w:proofErr w:type="spellEnd"/>
      <w:r w:rsidR="00015841" w:rsidRPr="00015841">
        <w:rPr>
          <w:b/>
          <w:sz w:val="22"/>
        </w:rPr>
        <w:t xml:space="preserve"> </w:t>
      </w:r>
      <w:proofErr w:type="spellStart"/>
      <w:r w:rsidR="00015841" w:rsidRPr="00015841">
        <w:rPr>
          <w:b/>
          <w:sz w:val="22"/>
        </w:rPr>
        <w:t>ve</w:t>
      </w:r>
      <w:proofErr w:type="spellEnd"/>
      <w:r w:rsidR="00015841" w:rsidRPr="00015841">
        <w:rPr>
          <w:b/>
          <w:sz w:val="22"/>
        </w:rPr>
        <w:t xml:space="preserve"> Teknik </w:t>
      </w:r>
      <w:proofErr w:type="spellStart"/>
      <w:r w:rsidR="00015841" w:rsidRPr="00015841">
        <w:rPr>
          <w:b/>
          <w:sz w:val="22"/>
        </w:rPr>
        <w:t>Olanaklar</w:t>
      </w:r>
      <w:proofErr w:type="spellEnd"/>
    </w:p>
    <w:p w14:paraId="1AAF88B3" w14:textId="77777777" w:rsidR="00081E93" w:rsidRDefault="00081E93">
      <w:pPr>
        <w:jc w:val="both"/>
        <w:rPr>
          <w:sz w:val="22"/>
        </w:rPr>
      </w:pPr>
    </w:p>
    <w:p w14:paraId="5B1BFBC4" w14:textId="77777777" w:rsidR="00081E93" w:rsidRDefault="00081E93">
      <w:pPr>
        <w:jc w:val="both"/>
        <w:rPr>
          <w:sz w:val="22"/>
        </w:rPr>
      </w:pPr>
    </w:p>
    <w:p w14:paraId="5B9665A5" w14:textId="77777777" w:rsidR="00081E93" w:rsidRDefault="00081E93">
      <w:pPr>
        <w:jc w:val="both"/>
        <w:rPr>
          <w:sz w:val="22"/>
        </w:rPr>
      </w:pPr>
    </w:p>
    <w:p w14:paraId="33C643CF" w14:textId="77777777" w:rsidR="00081E93" w:rsidRDefault="00081E93">
      <w:pPr>
        <w:jc w:val="both"/>
        <w:rPr>
          <w:sz w:val="22"/>
        </w:rPr>
      </w:pPr>
    </w:p>
    <w:p w14:paraId="58242002" w14:textId="77777777" w:rsidR="00081E93" w:rsidRDefault="00081E93">
      <w:pPr>
        <w:jc w:val="both"/>
        <w:rPr>
          <w:sz w:val="22"/>
        </w:rPr>
      </w:pPr>
    </w:p>
    <w:p w14:paraId="7CECD553" w14:textId="77777777" w:rsidR="00081E93" w:rsidRDefault="00081E93">
      <w:pPr>
        <w:jc w:val="both"/>
        <w:rPr>
          <w:sz w:val="22"/>
        </w:rPr>
      </w:pPr>
    </w:p>
    <w:p w14:paraId="24C0C0DF" w14:textId="77777777" w:rsidR="00081E93" w:rsidRDefault="00081E93">
      <w:pPr>
        <w:jc w:val="both"/>
        <w:rPr>
          <w:sz w:val="22"/>
        </w:rPr>
      </w:pPr>
    </w:p>
    <w:p w14:paraId="1D66000B" w14:textId="77777777" w:rsidR="006B587C" w:rsidRDefault="006B587C" w:rsidP="00081E93">
      <w:pPr>
        <w:jc w:val="center"/>
      </w:pPr>
    </w:p>
    <w:p w14:paraId="67EE1203" w14:textId="7C3A7FE1" w:rsidR="00081E93" w:rsidRPr="00081E93" w:rsidRDefault="00081E93" w:rsidP="00081E93">
      <w:pPr>
        <w:jc w:val="center"/>
      </w:pPr>
      <w:proofErr w:type="spellStart"/>
      <w:r>
        <w:t>Şekil</w:t>
      </w:r>
      <w:proofErr w:type="spellEnd"/>
      <w:r>
        <w:t xml:space="preserve"> 5. </w:t>
      </w:r>
      <w:proofErr w:type="spellStart"/>
      <w:r>
        <w:t>Sosyal</w:t>
      </w:r>
      <w:proofErr w:type="spellEnd"/>
      <w:r>
        <w:t xml:space="preserve">,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Teknik </w:t>
      </w:r>
      <w:proofErr w:type="spellStart"/>
      <w:r>
        <w:t>Olanaklar</w:t>
      </w:r>
      <w:proofErr w:type="spellEnd"/>
      <w:r>
        <w:t xml:space="preserve"> </w:t>
      </w:r>
      <w:proofErr w:type="spellStart"/>
      <w:r w:rsidR="006B587C">
        <w:t>Boyutuna</w:t>
      </w:r>
      <w:proofErr w:type="spellEnd"/>
      <w:r w:rsidR="006B587C">
        <w:t xml:space="preserve"> Ilişkin Madde </w:t>
      </w:r>
      <w:proofErr w:type="spellStart"/>
      <w:r w:rsidR="006B587C">
        <w:t>Ortalamaları</w:t>
      </w:r>
      <w:proofErr w:type="spellEnd"/>
    </w:p>
    <w:p w14:paraId="3335F234" w14:textId="77777777" w:rsidR="00EE569C" w:rsidRDefault="00015841">
      <w:pPr>
        <w:jc w:val="both"/>
        <w:rPr>
          <w:sz w:val="22"/>
        </w:rPr>
      </w:pPr>
      <w:r w:rsidRPr="00015841">
        <w:rPr>
          <w:sz w:val="22"/>
        </w:rPr>
        <w:lastRenderedPageBreak/>
        <w:t xml:space="preserve">Bu </w:t>
      </w:r>
      <w:proofErr w:type="spellStart"/>
      <w:r w:rsidRPr="00015841">
        <w:rPr>
          <w:sz w:val="22"/>
        </w:rPr>
        <w:t>tema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rapordaki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düşük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ortalamaya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sahiptir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Çalışma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ortamının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fiziksel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uygunluğu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teknik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destek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maddeleri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güçlü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olsa</w:t>
      </w:r>
      <w:proofErr w:type="spellEnd"/>
      <w:r w:rsidRPr="00015841">
        <w:rPr>
          <w:sz w:val="22"/>
        </w:rPr>
        <w:t xml:space="preserve"> da </w:t>
      </w:r>
      <w:proofErr w:type="spellStart"/>
      <w:r w:rsidRPr="00015841">
        <w:rPr>
          <w:sz w:val="22"/>
        </w:rPr>
        <w:t>kurum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bünyesinde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düzenli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sosyal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etkinliklerin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yapılmasına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ilişkin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madde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orta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düzeyde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kalmıştır</w:t>
      </w:r>
      <w:proofErr w:type="spellEnd"/>
      <w:r w:rsidRPr="00015841">
        <w:rPr>
          <w:sz w:val="22"/>
        </w:rPr>
        <w:t xml:space="preserve">. </w:t>
      </w:r>
      <w:proofErr w:type="spellStart"/>
      <w:r w:rsidRPr="00015841">
        <w:rPr>
          <w:sz w:val="22"/>
        </w:rPr>
        <w:t>Dolayısıyla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fiziksel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teknik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koşulların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genel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olarak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yeterli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olduğu</w:t>
      </w:r>
      <w:proofErr w:type="spellEnd"/>
      <w:r w:rsidRPr="00015841">
        <w:rPr>
          <w:sz w:val="22"/>
        </w:rPr>
        <w:t xml:space="preserve">; </w:t>
      </w:r>
      <w:proofErr w:type="spellStart"/>
      <w:r w:rsidRPr="00015841">
        <w:rPr>
          <w:sz w:val="22"/>
        </w:rPr>
        <w:t>ancak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kurumsal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bağlılığı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ve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ekip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içi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etkileşimi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besleyecek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sosyal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destek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mekanizmalarının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zayıf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olduğu</w:t>
      </w:r>
      <w:proofErr w:type="spellEnd"/>
      <w:r w:rsidRPr="00015841">
        <w:rPr>
          <w:sz w:val="22"/>
        </w:rPr>
        <w:t xml:space="preserve"> </w:t>
      </w:r>
      <w:proofErr w:type="spellStart"/>
      <w:r w:rsidRPr="00015841">
        <w:rPr>
          <w:sz w:val="22"/>
        </w:rPr>
        <w:t>söylenebilir</w:t>
      </w:r>
      <w:proofErr w:type="spellEnd"/>
      <w:r w:rsidRPr="00015841">
        <w:rPr>
          <w:sz w:val="22"/>
        </w:rPr>
        <w:t>.</w:t>
      </w:r>
    </w:p>
    <w:p w14:paraId="37998B0F" w14:textId="77777777" w:rsidR="000F48EE" w:rsidRPr="00880FC3" w:rsidRDefault="000F48EE" w:rsidP="000F48EE">
      <w:pPr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  <w:b/>
          <w:color w:val="1F4E79"/>
          <w:sz w:val="26"/>
        </w:rPr>
        <w:t>AYRINTILI MADDE SONUÇLARI</w:t>
      </w:r>
    </w:p>
    <w:p w14:paraId="187893F2" w14:textId="77777777" w:rsidR="000F48EE" w:rsidRDefault="000F48EE" w:rsidP="000F48EE">
      <w:r>
        <w:rPr>
          <w:b/>
        </w:rPr>
        <w:t xml:space="preserve">1. </w:t>
      </w:r>
      <w:proofErr w:type="spellStart"/>
      <w:r>
        <w:rPr>
          <w:b/>
        </w:rPr>
        <w:t>Görevimle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ilişkili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mesleki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katılma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fırsatı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verilmektedir</w:t>
      </w:r>
      <w:proofErr w:type="spellEnd"/>
      <w:r>
        <w:rPr>
          <w:b/>
        </w:rPr>
        <w:t>.</w:t>
      </w:r>
    </w:p>
    <w:p w14:paraId="64D0680E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4.12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0.99 | </w:t>
      </w:r>
      <w:proofErr w:type="spellStart"/>
      <w:r>
        <w:t>Değerlendirme</w:t>
      </w:r>
      <w:proofErr w:type="spellEnd"/>
      <w:r>
        <w:t>: Güçlü</w:t>
      </w:r>
    </w:p>
    <w:p w14:paraId="2A34C352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06C448B0" wp14:editId="33253053">
            <wp:extent cx="5029200" cy="21239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D949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üreten</w:t>
      </w:r>
      <w:proofErr w:type="spellEnd"/>
      <w:r>
        <w:t xml:space="preserve"> </w:t>
      </w:r>
      <w:proofErr w:type="spellStart"/>
      <w:r>
        <w:t>alanlardan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>.</w:t>
      </w:r>
    </w:p>
    <w:p w14:paraId="3DDD9DB6" w14:textId="77777777" w:rsidR="000F48EE" w:rsidRDefault="000F48EE" w:rsidP="000F48EE">
      <w:r>
        <w:rPr>
          <w:b/>
        </w:rPr>
        <w:t xml:space="preserve">2. </w:t>
      </w:r>
      <w:proofErr w:type="spellStart"/>
      <w:r>
        <w:rPr>
          <w:b/>
        </w:rPr>
        <w:t>Kişisel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gelişimime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yönelik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katılma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fırsatı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verilmektedir</w:t>
      </w:r>
      <w:proofErr w:type="spellEnd"/>
      <w:r>
        <w:rPr>
          <w:b/>
        </w:rPr>
        <w:t>.</w:t>
      </w:r>
    </w:p>
    <w:p w14:paraId="79F820F0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3.94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1.03 | </w:t>
      </w:r>
      <w:proofErr w:type="spellStart"/>
      <w:r>
        <w:t>Değerlendirme</w:t>
      </w:r>
      <w:proofErr w:type="spellEnd"/>
      <w:r>
        <w:t>: Güçlü</w:t>
      </w:r>
    </w:p>
    <w:p w14:paraId="3F147E84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34BBB652" wp14:editId="204E3D49">
            <wp:extent cx="5029200" cy="21239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5404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7511CA8F" w14:textId="77777777" w:rsidR="000F48EE" w:rsidRDefault="000F48EE" w:rsidP="000F48EE"/>
    <w:p w14:paraId="4694B720" w14:textId="77777777" w:rsidR="000F48EE" w:rsidRDefault="000F48EE" w:rsidP="000F48EE">
      <w:r>
        <w:rPr>
          <w:b/>
        </w:rPr>
        <w:t xml:space="preserve">3. </w:t>
      </w:r>
      <w:proofErr w:type="spellStart"/>
      <w:r>
        <w:rPr>
          <w:b/>
        </w:rPr>
        <w:t>Kariyerimi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geliştirme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konusunda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fırsat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verilmektedir</w:t>
      </w:r>
      <w:proofErr w:type="spellEnd"/>
      <w:r>
        <w:rPr>
          <w:b/>
        </w:rPr>
        <w:t>.</w:t>
      </w:r>
    </w:p>
    <w:p w14:paraId="5242251C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3.06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1.34 | </w:t>
      </w:r>
      <w:proofErr w:type="spellStart"/>
      <w:r>
        <w:t>Değerlendirme</w:t>
      </w:r>
      <w:proofErr w:type="spellEnd"/>
      <w:r>
        <w:t>: Orta</w:t>
      </w:r>
    </w:p>
    <w:p w14:paraId="4E967EE2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7491D6A8" wp14:editId="19E4F3A1">
            <wp:extent cx="5029200" cy="21239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8A86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gelişime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değerlendirilmektedir</w:t>
      </w:r>
      <w:proofErr w:type="spellEnd"/>
      <w:r>
        <w:t>.</w:t>
      </w:r>
    </w:p>
    <w:p w14:paraId="3D65427F" w14:textId="77777777" w:rsidR="000F48EE" w:rsidRDefault="000F48EE" w:rsidP="000F48EE">
      <w:r>
        <w:rPr>
          <w:b/>
        </w:rPr>
        <w:t xml:space="preserve">4. </w:t>
      </w:r>
      <w:proofErr w:type="spellStart"/>
      <w:r>
        <w:rPr>
          <w:b/>
        </w:rPr>
        <w:t>İdari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arasındaki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iletişimden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memnunum</w:t>
      </w:r>
      <w:proofErr w:type="spellEnd"/>
      <w:r>
        <w:rPr>
          <w:b/>
        </w:rPr>
        <w:t>.</w:t>
      </w:r>
    </w:p>
    <w:p w14:paraId="70B4D9E0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3.47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1.07 | </w:t>
      </w:r>
      <w:proofErr w:type="spellStart"/>
      <w:r>
        <w:t>Değerlendirme</w:t>
      </w:r>
      <w:proofErr w:type="spellEnd"/>
      <w:r>
        <w:t>: Güçlü</w:t>
      </w:r>
    </w:p>
    <w:p w14:paraId="65175B1D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7F63200E" wp14:editId="18D1BE9C">
            <wp:extent cx="5029200" cy="21239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4160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004BD18D" w14:textId="77777777" w:rsidR="000F48EE" w:rsidRDefault="000F48EE" w:rsidP="000F48EE">
      <w:r>
        <w:rPr>
          <w:b/>
        </w:rPr>
        <w:t xml:space="preserve">5. </w:t>
      </w:r>
      <w:proofErr w:type="spellStart"/>
      <w:r>
        <w:rPr>
          <w:b/>
        </w:rPr>
        <w:t>Yöneticilere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kolaylıkla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ulaşabilmekteyim</w:t>
      </w:r>
      <w:proofErr w:type="spellEnd"/>
      <w:r>
        <w:rPr>
          <w:b/>
        </w:rPr>
        <w:t>.</w:t>
      </w:r>
    </w:p>
    <w:p w14:paraId="77B2C13F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3.88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0.99 | </w:t>
      </w:r>
      <w:proofErr w:type="spellStart"/>
      <w:r>
        <w:t>Değerlendirme</w:t>
      </w:r>
      <w:proofErr w:type="spellEnd"/>
      <w:r>
        <w:t>: Güçlü</w:t>
      </w:r>
    </w:p>
    <w:p w14:paraId="1FAC827B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18A3486" wp14:editId="6E0DC7F4">
            <wp:extent cx="5029200" cy="21239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65C76" w14:textId="77777777" w:rsidR="000F48EE" w:rsidRDefault="000F48EE" w:rsidP="000F48EE">
      <w:pPr>
        <w:jc w:val="both"/>
      </w:pPr>
      <w:r>
        <w:lastRenderedPageBreak/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4CE5E20C" w14:textId="77777777" w:rsidR="000F48EE" w:rsidRDefault="000F48EE" w:rsidP="000F48EE">
      <w:r>
        <w:rPr>
          <w:b/>
        </w:rPr>
        <w:t xml:space="preserve">6. </w:t>
      </w:r>
      <w:proofErr w:type="spellStart"/>
      <w:r>
        <w:rPr>
          <w:b/>
        </w:rPr>
        <w:t>Yöneticiler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arasındaki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iletişimden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memnunum</w:t>
      </w:r>
      <w:proofErr w:type="spellEnd"/>
      <w:r>
        <w:rPr>
          <w:b/>
        </w:rPr>
        <w:t>.</w:t>
      </w:r>
    </w:p>
    <w:p w14:paraId="2A1DD5A1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4.12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0.78 | </w:t>
      </w:r>
      <w:proofErr w:type="spellStart"/>
      <w:r>
        <w:t>Değerlendirme</w:t>
      </w:r>
      <w:proofErr w:type="spellEnd"/>
      <w:r>
        <w:t>: Güçlü</w:t>
      </w:r>
    </w:p>
    <w:p w14:paraId="55995136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21BCBC3A" wp14:editId="608DB5CA">
            <wp:extent cx="5029200" cy="21239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68A5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üreten</w:t>
      </w:r>
      <w:proofErr w:type="spellEnd"/>
      <w:r>
        <w:t xml:space="preserve"> </w:t>
      </w:r>
      <w:proofErr w:type="spellStart"/>
      <w:r>
        <w:t>alanlardan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>.</w:t>
      </w:r>
    </w:p>
    <w:p w14:paraId="64346E96" w14:textId="77777777" w:rsidR="000F48EE" w:rsidRDefault="000F48EE" w:rsidP="000F48EE">
      <w:r>
        <w:rPr>
          <w:b/>
        </w:rPr>
        <w:t xml:space="preserve">7. </w:t>
      </w:r>
      <w:proofErr w:type="spellStart"/>
      <w:r>
        <w:rPr>
          <w:b/>
        </w:rPr>
        <w:t>Kurum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haberleşme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araçları</w:t>
      </w:r>
      <w:proofErr w:type="spellEnd"/>
      <w:r>
        <w:rPr>
          <w:b/>
        </w:rPr>
        <w:t xml:space="preserve"> (e-</w:t>
      </w:r>
      <w:proofErr w:type="spellStart"/>
      <w:r>
        <w:rPr>
          <w:b/>
        </w:rPr>
        <w:t>posta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duyurular</w:t>
      </w:r>
      <w:proofErr w:type="spellEnd"/>
      <w:r>
        <w:rPr>
          <w:b/>
        </w:rPr>
        <w:t xml:space="preserve">, web </w:t>
      </w:r>
      <w:proofErr w:type="spellStart"/>
      <w:r>
        <w:rPr>
          <w:b/>
        </w:rPr>
        <w:t>sayfası</w:t>
      </w:r>
      <w:proofErr w:type="spellEnd"/>
      <w:r>
        <w:rPr>
          <w:b/>
        </w:rPr>
        <w:t xml:space="preserve"> vb.) </w:t>
      </w:r>
      <w:proofErr w:type="spellStart"/>
      <w:r>
        <w:rPr>
          <w:b/>
        </w:rPr>
        <w:t>yeterlidir</w:t>
      </w:r>
      <w:proofErr w:type="spellEnd"/>
      <w:r>
        <w:rPr>
          <w:b/>
        </w:rPr>
        <w:t>.</w:t>
      </w:r>
    </w:p>
    <w:p w14:paraId="4A835904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3.76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1.15 | </w:t>
      </w:r>
      <w:proofErr w:type="spellStart"/>
      <w:r>
        <w:t>Değerlendirme</w:t>
      </w:r>
      <w:proofErr w:type="spellEnd"/>
      <w:r>
        <w:t>: Güçlü</w:t>
      </w:r>
    </w:p>
    <w:p w14:paraId="2BFAD734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3783F37B" wp14:editId="5C207B24">
            <wp:extent cx="5029200" cy="21239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7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BD2E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234C7F01" w14:textId="77777777" w:rsidR="000F48EE" w:rsidRDefault="000F48EE" w:rsidP="000F48EE">
      <w:r>
        <w:rPr>
          <w:b/>
        </w:rPr>
        <w:t xml:space="preserve">8. </w:t>
      </w:r>
      <w:proofErr w:type="spellStart"/>
      <w:r>
        <w:rPr>
          <w:b/>
        </w:rPr>
        <w:t>Yöneticiler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alırken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görüşlerini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dikkate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almaktadır</w:t>
      </w:r>
      <w:proofErr w:type="spellEnd"/>
      <w:r>
        <w:rPr>
          <w:b/>
        </w:rPr>
        <w:t>.</w:t>
      </w:r>
    </w:p>
    <w:p w14:paraId="48B1156A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3.18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1.29 | </w:t>
      </w:r>
      <w:proofErr w:type="spellStart"/>
      <w:r>
        <w:t>Değerlendirme</w:t>
      </w:r>
      <w:proofErr w:type="spellEnd"/>
      <w:r>
        <w:t>: Orta</w:t>
      </w:r>
    </w:p>
    <w:p w14:paraId="4C8F6B5C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6520FC87" wp14:editId="3D84A8D3">
            <wp:extent cx="5029200" cy="21239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8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78D2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gelişime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değerlendirilmektedir</w:t>
      </w:r>
      <w:proofErr w:type="spellEnd"/>
      <w:r>
        <w:t>.</w:t>
      </w:r>
    </w:p>
    <w:p w14:paraId="3A25E64F" w14:textId="77777777" w:rsidR="000F48EE" w:rsidRDefault="000F48EE" w:rsidP="000F48EE">
      <w:r>
        <w:rPr>
          <w:b/>
        </w:rPr>
        <w:t xml:space="preserve">9. </w:t>
      </w:r>
      <w:proofErr w:type="spellStart"/>
      <w:r>
        <w:rPr>
          <w:b/>
        </w:rPr>
        <w:t>Kurum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bünyesinde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düzenli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olarak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sosyal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etkinlikler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yapılmaktadır</w:t>
      </w:r>
      <w:proofErr w:type="spellEnd"/>
      <w:r>
        <w:rPr>
          <w:b/>
        </w:rPr>
        <w:t>.</w:t>
      </w:r>
    </w:p>
    <w:p w14:paraId="5B012C41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2.88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1.17 | </w:t>
      </w:r>
      <w:proofErr w:type="spellStart"/>
      <w:r>
        <w:t>Değerlendirme</w:t>
      </w:r>
      <w:proofErr w:type="spellEnd"/>
      <w:r>
        <w:t>: Orta</w:t>
      </w:r>
    </w:p>
    <w:p w14:paraId="570BA55C" w14:textId="77777777" w:rsidR="000F48EE" w:rsidRDefault="000F48EE" w:rsidP="000F48EE">
      <w:r>
        <w:rPr>
          <w:noProof/>
          <w:lang w:val="tr-TR" w:eastAsia="tr-TR"/>
        </w:rPr>
        <w:drawing>
          <wp:inline distT="0" distB="0" distL="0" distR="0" wp14:anchorId="254D8211" wp14:editId="298390BB">
            <wp:extent cx="5029200" cy="21239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0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9BE7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gelişime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değerlendirilmektedir</w:t>
      </w:r>
      <w:proofErr w:type="spellEnd"/>
      <w:r>
        <w:t>.</w:t>
      </w:r>
    </w:p>
    <w:p w14:paraId="7510D2D1" w14:textId="77777777" w:rsidR="000F48EE" w:rsidRDefault="000F48EE" w:rsidP="000F48EE">
      <w:r>
        <w:rPr>
          <w:b/>
        </w:rPr>
        <w:t xml:space="preserve">10. </w:t>
      </w:r>
      <w:proofErr w:type="spellStart"/>
      <w:r>
        <w:rPr>
          <w:b/>
        </w:rPr>
        <w:t>Yönetim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fikirlerini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teşvik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destekleyici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tutum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göstermektedir</w:t>
      </w:r>
      <w:proofErr w:type="spellEnd"/>
      <w:r>
        <w:rPr>
          <w:b/>
        </w:rPr>
        <w:t>.</w:t>
      </w:r>
    </w:p>
    <w:p w14:paraId="21749D54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3.41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1.28 | </w:t>
      </w:r>
      <w:proofErr w:type="spellStart"/>
      <w:r>
        <w:t>Değerlendirme</w:t>
      </w:r>
      <w:proofErr w:type="spellEnd"/>
      <w:r>
        <w:t>: Güçlü</w:t>
      </w:r>
    </w:p>
    <w:p w14:paraId="11C46DAB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37542582" wp14:editId="322FC252">
            <wp:extent cx="5029200" cy="21239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FDE8" w14:textId="77777777" w:rsidR="000F48EE" w:rsidRDefault="000F48EE" w:rsidP="000F48EE">
      <w:pPr>
        <w:jc w:val="both"/>
      </w:pPr>
      <w:r>
        <w:lastRenderedPageBreak/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75AC7D60" w14:textId="77777777" w:rsidR="000F48EE" w:rsidRDefault="000F48EE" w:rsidP="000F48EE">
      <w:r>
        <w:rPr>
          <w:b/>
        </w:rPr>
        <w:t xml:space="preserve">11. </w:t>
      </w:r>
      <w:proofErr w:type="spellStart"/>
      <w:r>
        <w:rPr>
          <w:b/>
        </w:rPr>
        <w:t>İdari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yeteneklerini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uygun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alanlarda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kullanma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imkânı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verilmektedir</w:t>
      </w:r>
      <w:proofErr w:type="spellEnd"/>
      <w:r>
        <w:rPr>
          <w:b/>
        </w:rPr>
        <w:t>.</w:t>
      </w:r>
    </w:p>
    <w:p w14:paraId="7552D2BE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3.35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1.11 | </w:t>
      </w:r>
      <w:proofErr w:type="spellStart"/>
      <w:r>
        <w:t>Değerlendirme</w:t>
      </w:r>
      <w:proofErr w:type="spellEnd"/>
      <w:r>
        <w:t>: Orta</w:t>
      </w:r>
    </w:p>
    <w:p w14:paraId="056BC16E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6D3E9250" wp14:editId="147FEEB1">
            <wp:extent cx="5029200" cy="21239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5CED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üretmekte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gelişime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değerlendirilmektedir</w:t>
      </w:r>
      <w:proofErr w:type="spellEnd"/>
      <w:r>
        <w:t>.</w:t>
      </w:r>
    </w:p>
    <w:p w14:paraId="1A4199E9" w14:textId="77777777" w:rsidR="000F48EE" w:rsidRDefault="000F48EE" w:rsidP="000F48EE">
      <w:r>
        <w:rPr>
          <w:b/>
        </w:rPr>
        <w:t xml:space="preserve">12. Bu </w:t>
      </w:r>
      <w:proofErr w:type="spellStart"/>
      <w:r>
        <w:rPr>
          <w:b/>
        </w:rPr>
        <w:t>kurumun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mensubu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olmaktan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mutluyum</w:t>
      </w:r>
      <w:proofErr w:type="spellEnd"/>
      <w:r>
        <w:rPr>
          <w:b/>
        </w:rPr>
        <w:t>.</w:t>
      </w:r>
    </w:p>
    <w:p w14:paraId="61BA40C1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4.00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1.00 | </w:t>
      </w:r>
      <w:proofErr w:type="spellStart"/>
      <w:r>
        <w:t>Değerlendirme</w:t>
      </w:r>
      <w:proofErr w:type="spellEnd"/>
      <w:r>
        <w:t>: Güçlü</w:t>
      </w:r>
    </w:p>
    <w:p w14:paraId="41532666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0AF4B7DF" wp14:editId="693EA8FF">
            <wp:extent cx="5029200" cy="21239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DB51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üreten</w:t>
      </w:r>
      <w:proofErr w:type="spellEnd"/>
      <w:r>
        <w:t xml:space="preserve"> </w:t>
      </w:r>
      <w:proofErr w:type="spellStart"/>
      <w:r>
        <w:t>alanlardan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>.</w:t>
      </w:r>
    </w:p>
    <w:p w14:paraId="258E781C" w14:textId="77777777" w:rsidR="000F48EE" w:rsidRDefault="000F48EE" w:rsidP="000F48EE">
      <w:r>
        <w:rPr>
          <w:b/>
        </w:rPr>
        <w:t xml:space="preserve">13. </w:t>
      </w:r>
      <w:proofErr w:type="spellStart"/>
      <w:r>
        <w:rPr>
          <w:b/>
        </w:rPr>
        <w:t>İdari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yapacağı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görevler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açık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net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biçimde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tanımlanmıştır</w:t>
      </w:r>
      <w:proofErr w:type="spellEnd"/>
      <w:r>
        <w:rPr>
          <w:b/>
        </w:rPr>
        <w:t>.</w:t>
      </w:r>
    </w:p>
    <w:p w14:paraId="65A2A129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3.82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1.07 | </w:t>
      </w:r>
      <w:proofErr w:type="spellStart"/>
      <w:r>
        <w:t>Değerlendirme</w:t>
      </w:r>
      <w:proofErr w:type="spellEnd"/>
      <w:r>
        <w:t>: Güçlü</w:t>
      </w:r>
    </w:p>
    <w:p w14:paraId="2B0D9DAD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23E62750" wp14:editId="4F7EF863">
            <wp:extent cx="5029200" cy="21239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D262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37A1DFF4" w14:textId="77777777" w:rsidR="000F48EE" w:rsidRDefault="000F48EE" w:rsidP="000F48EE">
      <w:r>
        <w:rPr>
          <w:b/>
        </w:rPr>
        <w:t xml:space="preserve">14. </w:t>
      </w:r>
      <w:proofErr w:type="spellStart"/>
      <w:r>
        <w:rPr>
          <w:b/>
        </w:rPr>
        <w:t>İdari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görevlerini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yerine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getirebilmeleri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gerekli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özgürlük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verilmektedir</w:t>
      </w:r>
      <w:proofErr w:type="spellEnd"/>
      <w:r>
        <w:rPr>
          <w:b/>
        </w:rPr>
        <w:t>.</w:t>
      </w:r>
    </w:p>
    <w:p w14:paraId="58197220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3.88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1.05 | </w:t>
      </w:r>
      <w:proofErr w:type="spellStart"/>
      <w:r>
        <w:t>Değerlendirme</w:t>
      </w:r>
      <w:proofErr w:type="spellEnd"/>
      <w:r>
        <w:t>: Güçlü</w:t>
      </w:r>
    </w:p>
    <w:p w14:paraId="633C1156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550BBD03" wp14:editId="3E5F0E22">
            <wp:extent cx="5029200" cy="21239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F6AC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3910E393" w14:textId="77777777" w:rsidR="000F48EE" w:rsidRDefault="000F48EE" w:rsidP="000F48EE">
      <w:r>
        <w:rPr>
          <w:b/>
        </w:rPr>
        <w:t xml:space="preserve">15. </w:t>
      </w:r>
      <w:proofErr w:type="spellStart"/>
      <w:r>
        <w:rPr>
          <w:b/>
        </w:rPr>
        <w:t>Yönetim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tarafından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iletilen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şikayetleri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dikkate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alır</w:t>
      </w:r>
      <w:proofErr w:type="spellEnd"/>
      <w:r>
        <w:rPr>
          <w:b/>
        </w:rPr>
        <w:t>.</w:t>
      </w:r>
    </w:p>
    <w:p w14:paraId="57F755FE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3.41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1.58 | </w:t>
      </w:r>
      <w:proofErr w:type="spellStart"/>
      <w:r>
        <w:t>Değerlendirme</w:t>
      </w:r>
      <w:proofErr w:type="spellEnd"/>
      <w:r>
        <w:t>: Güçlü</w:t>
      </w:r>
    </w:p>
    <w:p w14:paraId="46AAD813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5FADF35C" wp14:editId="2F5DF56D">
            <wp:extent cx="5029200" cy="212396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32D6" w14:textId="77777777" w:rsidR="000F48EE" w:rsidRDefault="000F48EE" w:rsidP="000F48EE">
      <w:pPr>
        <w:jc w:val="both"/>
      </w:pPr>
      <w:r>
        <w:lastRenderedPageBreak/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0B1AFEBB" w14:textId="77777777" w:rsidR="000F48EE" w:rsidRDefault="000F48EE" w:rsidP="000F48EE">
      <w:r>
        <w:rPr>
          <w:b/>
        </w:rPr>
        <w:t xml:space="preserve">16. </w:t>
      </w:r>
      <w:proofErr w:type="spellStart"/>
      <w:r>
        <w:rPr>
          <w:b/>
        </w:rPr>
        <w:t>Yönetim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başarılarımı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takdir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eder</w:t>
      </w:r>
      <w:proofErr w:type="spellEnd"/>
      <w:r>
        <w:rPr>
          <w:b/>
        </w:rPr>
        <w:t>.</w:t>
      </w:r>
    </w:p>
    <w:p w14:paraId="25AB0E3F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3.82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1.19 | </w:t>
      </w:r>
      <w:proofErr w:type="spellStart"/>
      <w:r>
        <w:t>Değerlendirme</w:t>
      </w:r>
      <w:proofErr w:type="spellEnd"/>
      <w:r>
        <w:t>: Güçlü</w:t>
      </w:r>
    </w:p>
    <w:p w14:paraId="2E4E5736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29D2ABE" wp14:editId="227D9431">
            <wp:extent cx="5029200" cy="21239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81AB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269F48CD" w14:textId="77777777" w:rsidR="000F48EE" w:rsidRDefault="000F48EE" w:rsidP="000F48EE">
      <w:r>
        <w:rPr>
          <w:b/>
        </w:rPr>
        <w:t xml:space="preserve">17. </w:t>
      </w:r>
      <w:proofErr w:type="spellStart"/>
      <w:r>
        <w:rPr>
          <w:b/>
        </w:rPr>
        <w:t>Yönetim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sorunları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çözmeye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yönelik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yaklaşımlar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gösterir</w:t>
      </w:r>
      <w:proofErr w:type="spellEnd"/>
      <w:r>
        <w:rPr>
          <w:b/>
        </w:rPr>
        <w:t>.</w:t>
      </w:r>
    </w:p>
    <w:p w14:paraId="47B8A57B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3.59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1.18 | </w:t>
      </w:r>
      <w:proofErr w:type="spellStart"/>
      <w:r>
        <w:t>Değerlendirme</w:t>
      </w:r>
      <w:proofErr w:type="spellEnd"/>
      <w:r>
        <w:t>: Güçlü</w:t>
      </w:r>
    </w:p>
    <w:p w14:paraId="11B144B1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6AAD51F" wp14:editId="22BEDE61">
            <wp:extent cx="5029200" cy="21239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E815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496846CB" w14:textId="77777777" w:rsidR="000F48EE" w:rsidRDefault="000F48EE" w:rsidP="000F48EE">
      <w:r>
        <w:rPr>
          <w:b/>
        </w:rPr>
        <w:t xml:space="preserve">18. </w:t>
      </w:r>
      <w:proofErr w:type="spellStart"/>
      <w:r>
        <w:rPr>
          <w:b/>
        </w:rPr>
        <w:t>İdari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kurum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içindeki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gelişmeler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yapılan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çalışmaların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sonuçları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hakkında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bilgilendirilir</w:t>
      </w:r>
      <w:proofErr w:type="spellEnd"/>
      <w:r>
        <w:rPr>
          <w:b/>
        </w:rPr>
        <w:t>.</w:t>
      </w:r>
    </w:p>
    <w:p w14:paraId="4070B96E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3.47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1.07 | </w:t>
      </w:r>
      <w:proofErr w:type="spellStart"/>
      <w:r>
        <w:t>Değerlendirme</w:t>
      </w:r>
      <w:proofErr w:type="spellEnd"/>
      <w:r>
        <w:t>: Güçlü</w:t>
      </w:r>
    </w:p>
    <w:p w14:paraId="3F868914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0F65FA18" wp14:editId="56382FCD">
            <wp:extent cx="5029200" cy="212396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8F1F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32905D59" w14:textId="77777777" w:rsidR="000F48EE" w:rsidRDefault="000F48EE" w:rsidP="000F48EE"/>
    <w:p w14:paraId="6759E4F0" w14:textId="77777777" w:rsidR="000F48EE" w:rsidRDefault="000F48EE" w:rsidP="000F48EE">
      <w:r>
        <w:rPr>
          <w:b/>
        </w:rPr>
        <w:t xml:space="preserve">19. </w:t>
      </w:r>
      <w:proofErr w:type="spellStart"/>
      <w:r>
        <w:rPr>
          <w:b/>
        </w:rPr>
        <w:t>Birimim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teknolojik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yeniliklere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uyum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sağlayabilmektedir</w:t>
      </w:r>
      <w:proofErr w:type="spellEnd"/>
      <w:r>
        <w:rPr>
          <w:b/>
        </w:rPr>
        <w:t>.</w:t>
      </w:r>
    </w:p>
    <w:p w14:paraId="7EB0C192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3.47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1.07 | </w:t>
      </w:r>
      <w:proofErr w:type="spellStart"/>
      <w:r>
        <w:t>Değerlendirme</w:t>
      </w:r>
      <w:proofErr w:type="spellEnd"/>
      <w:r>
        <w:t>: Güçlü</w:t>
      </w:r>
    </w:p>
    <w:p w14:paraId="5DFEFDF1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48EB772" wp14:editId="32206070">
            <wp:extent cx="5029200" cy="21239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E2CA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11E929DD" w14:textId="77777777" w:rsidR="000F48EE" w:rsidRDefault="000F48EE" w:rsidP="000F48EE">
      <w:r>
        <w:rPr>
          <w:b/>
        </w:rPr>
        <w:t xml:space="preserve">20. </w:t>
      </w:r>
      <w:proofErr w:type="spellStart"/>
      <w:r>
        <w:rPr>
          <w:b/>
        </w:rPr>
        <w:t>Yönetim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personellere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eşit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davranmaktadır</w:t>
      </w:r>
      <w:proofErr w:type="spellEnd"/>
      <w:r>
        <w:rPr>
          <w:b/>
        </w:rPr>
        <w:t>.</w:t>
      </w:r>
    </w:p>
    <w:p w14:paraId="38F7CBE4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3.82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1.19 | </w:t>
      </w:r>
      <w:proofErr w:type="spellStart"/>
      <w:r>
        <w:t>Değerlendirme</w:t>
      </w:r>
      <w:proofErr w:type="spellEnd"/>
      <w:r>
        <w:t>: Güçlü</w:t>
      </w:r>
    </w:p>
    <w:p w14:paraId="1555C40B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1F20823B" wp14:editId="3D30C73C">
            <wp:extent cx="5029200" cy="212396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0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A826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62957E96" w14:textId="77777777" w:rsidR="000F48EE" w:rsidRDefault="000F48EE" w:rsidP="000F48EE">
      <w:r>
        <w:rPr>
          <w:b/>
        </w:rPr>
        <w:t xml:space="preserve">21. </w:t>
      </w:r>
      <w:proofErr w:type="spellStart"/>
      <w:r>
        <w:rPr>
          <w:b/>
        </w:rPr>
        <w:t>Çalışma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ortamımın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fiziksel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şartları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işime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uygundur</w:t>
      </w:r>
      <w:proofErr w:type="spellEnd"/>
      <w:r>
        <w:rPr>
          <w:b/>
        </w:rPr>
        <w:t>.</w:t>
      </w:r>
    </w:p>
    <w:p w14:paraId="1C2636F5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3.76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1.09 | </w:t>
      </w:r>
      <w:proofErr w:type="spellStart"/>
      <w:r>
        <w:t>Değerlendirme</w:t>
      </w:r>
      <w:proofErr w:type="spellEnd"/>
      <w:r>
        <w:t>: Güçlü</w:t>
      </w:r>
    </w:p>
    <w:p w14:paraId="01170F27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13580C4F" wp14:editId="33DCFF6D">
            <wp:extent cx="5029200" cy="21239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FCD8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436CD4B8" w14:textId="77777777" w:rsidR="000F48EE" w:rsidRDefault="000F48EE" w:rsidP="000F48EE"/>
    <w:p w14:paraId="41296B97" w14:textId="77777777" w:rsidR="000F48EE" w:rsidRDefault="000F48EE" w:rsidP="000F48EE">
      <w:r>
        <w:rPr>
          <w:b/>
        </w:rPr>
        <w:t xml:space="preserve">22. </w:t>
      </w:r>
      <w:proofErr w:type="spellStart"/>
      <w:r>
        <w:rPr>
          <w:b/>
        </w:rPr>
        <w:t>İşimi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yapabilmek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gerekli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teknik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donanım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destek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sağlanmaktadır</w:t>
      </w:r>
      <w:proofErr w:type="spellEnd"/>
      <w:r>
        <w:rPr>
          <w:b/>
        </w:rPr>
        <w:t>.</w:t>
      </w:r>
    </w:p>
    <w:p w14:paraId="6D11440A" w14:textId="77777777" w:rsidR="000F48EE" w:rsidRDefault="000F48EE" w:rsidP="000F48EE">
      <w:pPr>
        <w:jc w:val="both"/>
      </w:pPr>
      <w:proofErr w:type="spellStart"/>
      <w:r>
        <w:t>Ortalama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: 3.76 | </w:t>
      </w:r>
      <w:proofErr w:type="spellStart"/>
      <w:r>
        <w:t>Standart</w:t>
      </w:r>
      <w:proofErr w:type="spellEnd"/>
      <w:r>
        <w:t xml:space="preserve"> </w:t>
      </w:r>
      <w:proofErr w:type="spellStart"/>
      <w:r>
        <w:t>sapma</w:t>
      </w:r>
      <w:proofErr w:type="spellEnd"/>
      <w:r>
        <w:t xml:space="preserve">: 1.03 | </w:t>
      </w:r>
      <w:proofErr w:type="spellStart"/>
      <w:r>
        <w:t>Değerlendirme</w:t>
      </w:r>
      <w:proofErr w:type="spellEnd"/>
      <w:r>
        <w:t>: Güçlü</w:t>
      </w:r>
    </w:p>
    <w:p w14:paraId="4A6C18B6" w14:textId="77777777" w:rsidR="000F48EE" w:rsidRDefault="000F48EE" w:rsidP="000F48E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403FD270" wp14:editId="6B78E45B">
            <wp:extent cx="5029200" cy="212396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2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D94E" w14:textId="77777777" w:rsidR="000F48EE" w:rsidRDefault="000F48EE" w:rsidP="000F48EE">
      <w:pPr>
        <w:jc w:val="both"/>
      </w:pPr>
      <w:r>
        <w:t xml:space="preserve">Bu </w:t>
      </w:r>
      <w:proofErr w:type="spellStart"/>
      <w:r>
        <w:t>madde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değerlendirilmekle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düzeye</w:t>
      </w:r>
      <w:proofErr w:type="spellEnd"/>
      <w:r>
        <w:t xml:space="preserve"> </w:t>
      </w:r>
      <w:proofErr w:type="spellStart"/>
      <w:r>
        <w:t>taşınabilir</w:t>
      </w:r>
      <w:proofErr w:type="spellEnd"/>
      <w:r>
        <w:t>.</w:t>
      </w:r>
    </w:p>
    <w:p w14:paraId="1229615A" w14:textId="77777777" w:rsidR="00081E93" w:rsidRPr="00880FC3" w:rsidRDefault="00081E93" w:rsidP="00081E93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6. GÜÇLÜ YÖNLER VE GELİŞİME AÇIK ALANLAR</w:t>
      </w:r>
    </w:p>
    <w:p w14:paraId="58886F45" w14:textId="77777777" w:rsidR="00081E93" w:rsidRPr="00880FC3" w:rsidRDefault="00081E93" w:rsidP="00081E93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 xml:space="preserve">6.1. Güçlü </w:t>
      </w:r>
      <w:proofErr w:type="spellStart"/>
      <w:r w:rsidRPr="00880FC3">
        <w:rPr>
          <w:rFonts w:asciiTheme="majorHAnsi" w:hAnsiTheme="majorHAnsi" w:cstheme="majorHAnsi"/>
        </w:rPr>
        <w:t>yönler</w:t>
      </w:r>
      <w:proofErr w:type="spellEnd"/>
    </w:p>
    <w:p w14:paraId="05217F0A" w14:textId="77777777" w:rsidR="00EE569C" w:rsidRDefault="00015841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356CDAB2" wp14:editId="2C0EA027">
            <wp:extent cx="5486400" cy="3257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55B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En </w:t>
      </w:r>
      <w:proofErr w:type="spellStart"/>
      <w:r w:rsidRPr="00081E93">
        <w:rPr>
          <w:sz w:val="22"/>
        </w:rPr>
        <w:t>yüksek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puanlanan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maddeler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kurumun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özellikle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eğitim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desteği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yönetsel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iletişim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kurumsal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aidiyet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boyutlarında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güçlü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zemine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sahip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olduğunu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göstermektedir</w:t>
      </w:r>
      <w:proofErr w:type="spellEnd"/>
      <w:r w:rsidRPr="00081E93">
        <w:rPr>
          <w:sz w:val="22"/>
        </w:rPr>
        <w:t>.</w:t>
      </w:r>
    </w:p>
    <w:p w14:paraId="0DBE8324" w14:textId="77777777" w:rsidR="00EE569C" w:rsidRPr="00307D11" w:rsidRDefault="00015841">
      <w:pPr>
        <w:pStyle w:val="ListeMaddemi"/>
        <w:rPr>
          <w:bCs/>
          <w:sz w:val="22"/>
        </w:rPr>
      </w:pPr>
      <w:r w:rsidRPr="00307D11">
        <w:rPr>
          <w:bCs/>
          <w:sz w:val="22"/>
        </w:rPr>
        <w:t xml:space="preserve">1. </w:t>
      </w:r>
      <w:proofErr w:type="spellStart"/>
      <w:r w:rsidRPr="00307D11">
        <w:rPr>
          <w:bCs/>
          <w:sz w:val="22"/>
        </w:rPr>
        <w:t>Görevimle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ilişkili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mesleki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eğitimlere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katılma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fırsatı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verilmektedir</w:t>
      </w:r>
      <w:proofErr w:type="spellEnd"/>
      <w:r w:rsidRPr="00307D11">
        <w:rPr>
          <w:bCs/>
          <w:sz w:val="22"/>
        </w:rPr>
        <w:t>. (Ort.=4.12, SS=0.99)</w:t>
      </w:r>
    </w:p>
    <w:p w14:paraId="60B9B1F3" w14:textId="77777777" w:rsidR="00EE569C" w:rsidRPr="00307D11" w:rsidRDefault="00015841">
      <w:pPr>
        <w:pStyle w:val="ListeMaddemi"/>
        <w:rPr>
          <w:bCs/>
          <w:sz w:val="22"/>
        </w:rPr>
      </w:pPr>
      <w:r w:rsidRPr="00307D11">
        <w:rPr>
          <w:bCs/>
          <w:sz w:val="22"/>
        </w:rPr>
        <w:t xml:space="preserve">6. </w:t>
      </w:r>
      <w:proofErr w:type="spellStart"/>
      <w:r w:rsidRPr="00307D11">
        <w:rPr>
          <w:bCs/>
          <w:sz w:val="22"/>
        </w:rPr>
        <w:t>Yöneticiler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ile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idari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personeller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arasındaki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iletişimden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memnunum</w:t>
      </w:r>
      <w:proofErr w:type="spellEnd"/>
      <w:r w:rsidRPr="00307D11">
        <w:rPr>
          <w:bCs/>
          <w:sz w:val="22"/>
        </w:rPr>
        <w:t>. (Ort.=4.12, SS=0.78)</w:t>
      </w:r>
    </w:p>
    <w:p w14:paraId="4EECA81E" w14:textId="77777777" w:rsidR="00EE569C" w:rsidRPr="00307D11" w:rsidRDefault="00015841">
      <w:pPr>
        <w:pStyle w:val="ListeMaddemi"/>
        <w:rPr>
          <w:bCs/>
          <w:sz w:val="22"/>
        </w:rPr>
      </w:pPr>
      <w:r w:rsidRPr="00307D11">
        <w:rPr>
          <w:bCs/>
          <w:sz w:val="22"/>
        </w:rPr>
        <w:t xml:space="preserve">12. Bu </w:t>
      </w:r>
      <w:proofErr w:type="spellStart"/>
      <w:r w:rsidRPr="00307D11">
        <w:rPr>
          <w:bCs/>
          <w:sz w:val="22"/>
        </w:rPr>
        <w:t>kurumun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bir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mensubu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olmaktan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mutluyum</w:t>
      </w:r>
      <w:proofErr w:type="spellEnd"/>
      <w:r w:rsidRPr="00307D11">
        <w:rPr>
          <w:bCs/>
          <w:sz w:val="22"/>
        </w:rPr>
        <w:t>. (Ort.=4.00, SS=1.00)</w:t>
      </w:r>
    </w:p>
    <w:p w14:paraId="67FA75DD" w14:textId="77777777" w:rsidR="00EE569C" w:rsidRPr="00307D11" w:rsidRDefault="00015841">
      <w:pPr>
        <w:pStyle w:val="ListeMaddemi"/>
        <w:rPr>
          <w:bCs/>
          <w:sz w:val="22"/>
        </w:rPr>
      </w:pPr>
      <w:r w:rsidRPr="00307D11">
        <w:rPr>
          <w:bCs/>
          <w:sz w:val="22"/>
        </w:rPr>
        <w:t xml:space="preserve">2. </w:t>
      </w:r>
      <w:proofErr w:type="spellStart"/>
      <w:r w:rsidRPr="00307D11">
        <w:rPr>
          <w:bCs/>
          <w:sz w:val="22"/>
        </w:rPr>
        <w:t>Kişisel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gelişimime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yönelik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eğitimlere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katılma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fırsatı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verilmektedir</w:t>
      </w:r>
      <w:proofErr w:type="spellEnd"/>
      <w:r w:rsidRPr="00307D11">
        <w:rPr>
          <w:bCs/>
          <w:sz w:val="22"/>
        </w:rPr>
        <w:t>. (Ort.=3.94, SS=1.03)</w:t>
      </w:r>
    </w:p>
    <w:p w14:paraId="0E889FDE" w14:textId="77777777" w:rsidR="00EE569C" w:rsidRPr="00307D11" w:rsidRDefault="00015841">
      <w:pPr>
        <w:pStyle w:val="ListeMaddemi"/>
        <w:rPr>
          <w:bCs/>
          <w:sz w:val="22"/>
        </w:rPr>
      </w:pPr>
      <w:r w:rsidRPr="00307D11">
        <w:rPr>
          <w:bCs/>
          <w:sz w:val="22"/>
        </w:rPr>
        <w:t xml:space="preserve">5. </w:t>
      </w:r>
      <w:proofErr w:type="spellStart"/>
      <w:r w:rsidRPr="00307D11">
        <w:rPr>
          <w:bCs/>
          <w:sz w:val="22"/>
        </w:rPr>
        <w:t>Yöneticilere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kolaylıkla</w:t>
      </w:r>
      <w:proofErr w:type="spellEnd"/>
      <w:r w:rsidRPr="00307D11">
        <w:rPr>
          <w:bCs/>
          <w:sz w:val="22"/>
        </w:rPr>
        <w:t xml:space="preserve"> </w:t>
      </w:r>
      <w:proofErr w:type="spellStart"/>
      <w:r w:rsidRPr="00307D11">
        <w:rPr>
          <w:bCs/>
          <w:sz w:val="22"/>
        </w:rPr>
        <w:t>ulaşabilmekteyim</w:t>
      </w:r>
      <w:proofErr w:type="spellEnd"/>
      <w:r w:rsidRPr="00307D11">
        <w:rPr>
          <w:bCs/>
          <w:sz w:val="22"/>
        </w:rPr>
        <w:t>. (Ort.=3.88, SS=0.99)</w:t>
      </w:r>
    </w:p>
    <w:p w14:paraId="2A69AF70" w14:textId="77777777" w:rsidR="00081E93" w:rsidRPr="00081E93" w:rsidRDefault="00015841">
      <w:pPr>
        <w:jc w:val="both"/>
        <w:rPr>
          <w:sz w:val="22"/>
        </w:rPr>
      </w:pPr>
      <w:r w:rsidRPr="00081E93">
        <w:rPr>
          <w:sz w:val="22"/>
        </w:rPr>
        <w:lastRenderedPageBreak/>
        <w:t xml:space="preserve">Bu </w:t>
      </w:r>
      <w:proofErr w:type="spellStart"/>
      <w:r w:rsidRPr="00081E93">
        <w:rPr>
          <w:sz w:val="22"/>
        </w:rPr>
        <w:t>bulgular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idari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personelin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yönetime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erişim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kurumla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özdeşleşme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mesleki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eğitim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olanakları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bakımından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genel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olarak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olumlu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deneyim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yaşadığını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göstermektedir</w:t>
      </w:r>
      <w:proofErr w:type="spellEnd"/>
      <w:r w:rsidRPr="00081E93">
        <w:rPr>
          <w:sz w:val="22"/>
        </w:rPr>
        <w:t xml:space="preserve">. Güçlü </w:t>
      </w:r>
      <w:proofErr w:type="spellStart"/>
      <w:r w:rsidRPr="00081E93">
        <w:rPr>
          <w:sz w:val="22"/>
        </w:rPr>
        <w:t>alanların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sürdürülebilirliği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için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mevcut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uygulamaların</w:t>
      </w:r>
      <w:proofErr w:type="spellEnd"/>
      <w:r w:rsidRPr="00081E93">
        <w:rPr>
          <w:sz w:val="22"/>
        </w:rPr>
        <w:t xml:space="preserve"> standardize </w:t>
      </w:r>
      <w:proofErr w:type="spellStart"/>
      <w:r w:rsidRPr="00081E93">
        <w:rPr>
          <w:sz w:val="22"/>
        </w:rPr>
        <w:t>edilmesi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görünür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kılınması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önem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taşımaktadır</w:t>
      </w:r>
      <w:proofErr w:type="spellEnd"/>
      <w:r w:rsidRPr="00081E93">
        <w:rPr>
          <w:sz w:val="22"/>
        </w:rPr>
        <w:t>.</w:t>
      </w:r>
    </w:p>
    <w:p w14:paraId="337C2079" w14:textId="77777777" w:rsidR="00081E93" w:rsidRPr="00880FC3" w:rsidRDefault="00081E93" w:rsidP="00081E93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 xml:space="preserve">6.2. </w:t>
      </w:r>
      <w:proofErr w:type="spellStart"/>
      <w:r w:rsidRPr="00880FC3">
        <w:rPr>
          <w:rFonts w:asciiTheme="majorHAnsi" w:hAnsiTheme="majorHAnsi" w:cstheme="majorHAnsi"/>
        </w:rPr>
        <w:t>Gelişime</w:t>
      </w:r>
      <w:proofErr w:type="spellEnd"/>
      <w:r w:rsidRPr="00880FC3">
        <w:rPr>
          <w:rFonts w:asciiTheme="majorHAnsi" w:hAnsiTheme="majorHAnsi" w:cstheme="majorHAnsi"/>
        </w:rPr>
        <w:t xml:space="preserve"> Açık </w:t>
      </w:r>
      <w:proofErr w:type="spellStart"/>
      <w:r w:rsidRPr="00880FC3">
        <w:rPr>
          <w:rFonts w:asciiTheme="majorHAnsi" w:hAnsiTheme="majorHAnsi" w:cstheme="majorHAnsi"/>
        </w:rPr>
        <w:t>Alanlar</w:t>
      </w:r>
      <w:proofErr w:type="spellEnd"/>
    </w:p>
    <w:p w14:paraId="3BF6920E" w14:textId="77777777" w:rsidR="00EE569C" w:rsidRDefault="00015841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822C891" wp14:editId="797538B1">
            <wp:extent cx="5486400" cy="325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5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0397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En </w:t>
      </w:r>
      <w:proofErr w:type="spellStart"/>
      <w:r w:rsidRPr="00081E93">
        <w:rPr>
          <w:sz w:val="22"/>
        </w:rPr>
        <w:t>düşük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puanlanan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maddeler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özellikle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sosyal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iklim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kariyer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gelişimi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katılımcı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yönetim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başlıklarında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iyileştirme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ihtiyacına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işaret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etmektedir</w:t>
      </w:r>
      <w:proofErr w:type="spellEnd"/>
      <w:r w:rsidRPr="00081E93">
        <w:rPr>
          <w:sz w:val="22"/>
        </w:rPr>
        <w:t>.</w:t>
      </w:r>
    </w:p>
    <w:p w14:paraId="34ECB643" w14:textId="77777777" w:rsidR="00EE569C" w:rsidRPr="00033718" w:rsidRDefault="00015841">
      <w:pPr>
        <w:pStyle w:val="ListeMaddemi"/>
        <w:rPr>
          <w:bCs/>
          <w:sz w:val="22"/>
        </w:rPr>
      </w:pPr>
      <w:r w:rsidRPr="00033718">
        <w:rPr>
          <w:bCs/>
          <w:sz w:val="22"/>
        </w:rPr>
        <w:t xml:space="preserve">9. </w:t>
      </w:r>
      <w:proofErr w:type="spellStart"/>
      <w:r w:rsidRPr="00033718">
        <w:rPr>
          <w:bCs/>
          <w:sz w:val="22"/>
        </w:rPr>
        <w:t>Kurum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bünyesinde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düzenli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olarak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sosyal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etkinlikler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yapılmaktadır</w:t>
      </w:r>
      <w:proofErr w:type="spellEnd"/>
      <w:r w:rsidRPr="00033718">
        <w:rPr>
          <w:bCs/>
          <w:sz w:val="22"/>
        </w:rPr>
        <w:t>. (Ort.=2.88, SS=1.17)</w:t>
      </w:r>
    </w:p>
    <w:p w14:paraId="7818EC4C" w14:textId="77777777" w:rsidR="00EE569C" w:rsidRPr="00033718" w:rsidRDefault="00015841">
      <w:pPr>
        <w:pStyle w:val="ListeMaddemi"/>
        <w:rPr>
          <w:bCs/>
          <w:sz w:val="22"/>
        </w:rPr>
      </w:pPr>
      <w:r w:rsidRPr="00033718">
        <w:rPr>
          <w:bCs/>
          <w:sz w:val="22"/>
        </w:rPr>
        <w:t xml:space="preserve">3. </w:t>
      </w:r>
      <w:proofErr w:type="spellStart"/>
      <w:r w:rsidRPr="00033718">
        <w:rPr>
          <w:bCs/>
          <w:sz w:val="22"/>
        </w:rPr>
        <w:t>Kariyerimi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geliştirme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konusunda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fırsat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verilmektedir</w:t>
      </w:r>
      <w:proofErr w:type="spellEnd"/>
      <w:r w:rsidRPr="00033718">
        <w:rPr>
          <w:bCs/>
          <w:sz w:val="22"/>
        </w:rPr>
        <w:t>. (Ort.=3.06, SS=1.34)</w:t>
      </w:r>
    </w:p>
    <w:p w14:paraId="6F2E1625" w14:textId="77777777" w:rsidR="00EE569C" w:rsidRPr="00033718" w:rsidRDefault="00015841">
      <w:pPr>
        <w:pStyle w:val="ListeMaddemi"/>
        <w:rPr>
          <w:bCs/>
          <w:sz w:val="22"/>
        </w:rPr>
      </w:pPr>
      <w:r w:rsidRPr="00033718">
        <w:rPr>
          <w:bCs/>
          <w:sz w:val="22"/>
        </w:rPr>
        <w:t xml:space="preserve">8. </w:t>
      </w:r>
      <w:proofErr w:type="spellStart"/>
      <w:r w:rsidRPr="00033718">
        <w:rPr>
          <w:bCs/>
          <w:sz w:val="22"/>
        </w:rPr>
        <w:t>Yöneticiler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karar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alırken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idari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personelin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görüşlerini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dikkate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almaktadır</w:t>
      </w:r>
      <w:proofErr w:type="spellEnd"/>
      <w:r w:rsidRPr="00033718">
        <w:rPr>
          <w:bCs/>
          <w:sz w:val="22"/>
        </w:rPr>
        <w:t>. (Ort.=3.18, SS=1.29)</w:t>
      </w:r>
    </w:p>
    <w:p w14:paraId="56147111" w14:textId="77777777" w:rsidR="00EE569C" w:rsidRPr="00033718" w:rsidRDefault="00015841">
      <w:pPr>
        <w:pStyle w:val="ListeMaddemi"/>
        <w:rPr>
          <w:bCs/>
          <w:sz w:val="22"/>
        </w:rPr>
      </w:pPr>
      <w:r w:rsidRPr="00033718">
        <w:rPr>
          <w:bCs/>
          <w:sz w:val="22"/>
        </w:rPr>
        <w:t xml:space="preserve">11. </w:t>
      </w:r>
      <w:proofErr w:type="spellStart"/>
      <w:r w:rsidRPr="00033718">
        <w:rPr>
          <w:bCs/>
          <w:sz w:val="22"/>
        </w:rPr>
        <w:t>İdari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personele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yeteneklerini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uygun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alanlarda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kullanma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imkânı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verilmektedir</w:t>
      </w:r>
      <w:proofErr w:type="spellEnd"/>
      <w:r w:rsidRPr="00033718">
        <w:rPr>
          <w:bCs/>
          <w:sz w:val="22"/>
        </w:rPr>
        <w:t>. (Ort.=3.35, SS=1.11)</w:t>
      </w:r>
    </w:p>
    <w:p w14:paraId="69427B1B" w14:textId="77777777" w:rsidR="00EE569C" w:rsidRPr="00033718" w:rsidRDefault="00015841">
      <w:pPr>
        <w:pStyle w:val="ListeMaddemi"/>
        <w:rPr>
          <w:bCs/>
          <w:sz w:val="22"/>
        </w:rPr>
      </w:pPr>
      <w:r w:rsidRPr="00033718">
        <w:rPr>
          <w:bCs/>
          <w:sz w:val="22"/>
        </w:rPr>
        <w:t xml:space="preserve">10. </w:t>
      </w:r>
      <w:proofErr w:type="spellStart"/>
      <w:r w:rsidRPr="00033718">
        <w:rPr>
          <w:bCs/>
          <w:sz w:val="22"/>
        </w:rPr>
        <w:t>Yönetim</w:t>
      </w:r>
      <w:proofErr w:type="spellEnd"/>
      <w:r w:rsidRPr="00033718">
        <w:rPr>
          <w:bCs/>
          <w:sz w:val="22"/>
        </w:rPr>
        <w:t xml:space="preserve">, </w:t>
      </w:r>
      <w:proofErr w:type="spellStart"/>
      <w:r w:rsidRPr="00033718">
        <w:rPr>
          <w:bCs/>
          <w:sz w:val="22"/>
        </w:rPr>
        <w:t>idari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personelin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fikirlerini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teşvik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edici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ve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destekleyici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bir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tutum</w:t>
      </w:r>
      <w:proofErr w:type="spellEnd"/>
      <w:r w:rsidRPr="00033718">
        <w:rPr>
          <w:bCs/>
          <w:sz w:val="22"/>
        </w:rPr>
        <w:t xml:space="preserve"> </w:t>
      </w:r>
      <w:proofErr w:type="spellStart"/>
      <w:r w:rsidRPr="00033718">
        <w:rPr>
          <w:bCs/>
          <w:sz w:val="22"/>
        </w:rPr>
        <w:t>göstermektedir</w:t>
      </w:r>
      <w:proofErr w:type="spellEnd"/>
      <w:r w:rsidRPr="00033718">
        <w:rPr>
          <w:bCs/>
          <w:sz w:val="22"/>
        </w:rPr>
        <w:t>. (Ort.=3.41, SS=1.28)</w:t>
      </w:r>
    </w:p>
    <w:p w14:paraId="3679A429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Bu </w:t>
      </w:r>
      <w:proofErr w:type="spellStart"/>
      <w:r w:rsidRPr="00081E93">
        <w:rPr>
          <w:sz w:val="22"/>
        </w:rPr>
        <w:t>alanlar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kritik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düzeyde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olmasa</w:t>
      </w:r>
      <w:proofErr w:type="spellEnd"/>
      <w:r w:rsidRPr="00081E93">
        <w:rPr>
          <w:sz w:val="22"/>
        </w:rPr>
        <w:t xml:space="preserve"> da </w:t>
      </w:r>
      <w:proofErr w:type="spellStart"/>
      <w:r w:rsidRPr="00081E93">
        <w:rPr>
          <w:sz w:val="22"/>
        </w:rPr>
        <w:t>orta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düzeyde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memnuniyet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üretmektedir</w:t>
      </w:r>
      <w:proofErr w:type="spellEnd"/>
      <w:r w:rsidRPr="00081E93">
        <w:rPr>
          <w:sz w:val="22"/>
        </w:rPr>
        <w:t xml:space="preserve">. Kalite </w:t>
      </w:r>
      <w:proofErr w:type="spellStart"/>
      <w:r w:rsidRPr="00081E93">
        <w:rPr>
          <w:sz w:val="22"/>
        </w:rPr>
        <w:t>geliştirme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perspektifinden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bakıldığında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bu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maddeler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idari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personelin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kurumsal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katılımını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motivasyonunu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uzun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vadeli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bağlılığını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etkileyebilecek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öncelikli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alanlar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olarak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değerlendirilmelidir</w:t>
      </w:r>
      <w:proofErr w:type="spellEnd"/>
      <w:r w:rsidRPr="00081E93">
        <w:rPr>
          <w:sz w:val="22"/>
        </w:rPr>
        <w:t>.</w:t>
      </w:r>
    </w:p>
    <w:p w14:paraId="739B7B34" w14:textId="6E297E5F" w:rsidR="00081E93" w:rsidRPr="00880FC3" w:rsidRDefault="00081E93" w:rsidP="00081E93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7. KARŞILAŞTIRMALI ANAL</w:t>
      </w:r>
      <w:r w:rsidR="00033718">
        <w:rPr>
          <w:rFonts w:asciiTheme="majorHAnsi" w:hAnsiTheme="majorHAnsi" w:cstheme="majorHAnsi"/>
        </w:rPr>
        <w:t>İ</w:t>
      </w:r>
      <w:r w:rsidRPr="00880FC3">
        <w:rPr>
          <w:rFonts w:asciiTheme="majorHAnsi" w:hAnsiTheme="majorHAnsi" w:cstheme="majorHAnsi"/>
        </w:rPr>
        <w:t>Z</w:t>
      </w:r>
    </w:p>
    <w:p w14:paraId="2ED27094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2024 </w:t>
      </w:r>
      <w:proofErr w:type="spellStart"/>
      <w:r w:rsidRPr="00081E93">
        <w:rPr>
          <w:sz w:val="22"/>
        </w:rPr>
        <w:t>yılına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ait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karşılaştırmalı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idari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personel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memnuniyet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anketi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verisi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bulunmadığından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yıllar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arası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eğilim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analizi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yapılamamıştır</w:t>
      </w:r>
      <w:proofErr w:type="spellEnd"/>
      <w:r w:rsidRPr="00081E93">
        <w:rPr>
          <w:sz w:val="22"/>
        </w:rPr>
        <w:t xml:space="preserve">. </w:t>
      </w:r>
      <w:proofErr w:type="spellStart"/>
      <w:r w:rsidRPr="00081E93">
        <w:rPr>
          <w:sz w:val="22"/>
        </w:rPr>
        <w:t>Bununla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birlikte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rapor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izleyen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yıllarda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hazırlanacak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değerlendirmeler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için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temel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başlangıç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verisi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niteliği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taşımaktadır</w:t>
      </w:r>
      <w:proofErr w:type="spellEnd"/>
      <w:r w:rsidRPr="00081E93">
        <w:rPr>
          <w:sz w:val="22"/>
        </w:rPr>
        <w:t>.</w:t>
      </w:r>
    </w:p>
    <w:p w14:paraId="5A35ACD0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Bu </w:t>
      </w:r>
      <w:proofErr w:type="spellStart"/>
      <w:r w:rsidRPr="00081E93">
        <w:rPr>
          <w:sz w:val="22"/>
        </w:rPr>
        <w:t>nedenle</w:t>
      </w:r>
      <w:proofErr w:type="spellEnd"/>
      <w:r w:rsidRPr="00081E93">
        <w:rPr>
          <w:sz w:val="22"/>
        </w:rPr>
        <w:t xml:space="preserve"> 2025 </w:t>
      </w:r>
      <w:proofErr w:type="spellStart"/>
      <w:r w:rsidRPr="00081E93">
        <w:rPr>
          <w:sz w:val="22"/>
        </w:rPr>
        <w:t>sonuçlarının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birim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düzeyinde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referans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değer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olarak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kullanılması</w:t>
      </w:r>
      <w:proofErr w:type="spellEnd"/>
      <w:r w:rsidRPr="00081E93">
        <w:rPr>
          <w:sz w:val="22"/>
        </w:rPr>
        <w:t xml:space="preserve">; </w:t>
      </w:r>
      <w:proofErr w:type="spellStart"/>
      <w:r w:rsidRPr="00081E93">
        <w:rPr>
          <w:sz w:val="22"/>
        </w:rPr>
        <w:t>sonraki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uygulamalarda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tema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bazında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değişim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oranlarının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izlenmesi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önerilmektedir</w:t>
      </w:r>
      <w:proofErr w:type="spellEnd"/>
      <w:r w:rsidRPr="00081E93">
        <w:rPr>
          <w:sz w:val="22"/>
        </w:rPr>
        <w:t>.</w:t>
      </w:r>
    </w:p>
    <w:p w14:paraId="5833999A" w14:textId="77777777" w:rsidR="00081E93" w:rsidRPr="00880FC3" w:rsidRDefault="00081E93" w:rsidP="00081E93">
      <w:pPr>
        <w:rPr>
          <w:rFonts w:asciiTheme="majorHAnsi" w:hAnsiTheme="majorHAnsi" w:cstheme="majorHAnsi"/>
          <w:b/>
          <w:color w:val="17365D"/>
          <w:sz w:val="26"/>
        </w:rPr>
      </w:pPr>
      <w:r w:rsidRPr="00880FC3">
        <w:rPr>
          <w:rFonts w:asciiTheme="majorHAnsi" w:hAnsiTheme="majorHAnsi" w:cstheme="majorHAnsi"/>
          <w:b/>
          <w:color w:val="17365D"/>
          <w:sz w:val="26"/>
        </w:rPr>
        <w:lastRenderedPageBreak/>
        <w:t>8. AÇIK UÇLU SORULARIN ANALİZİ</w:t>
      </w:r>
    </w:p>
    <w:p w14:paraId="4E989451" w14:textId="77777777" w:rsidR="00EE569C" w:rsidRPr="00081E93" w:rsidRDefault="00015841">
      <w:pPr>
        <w:jc w:val="both"/>
        <w:rPr>
          <w:sz w:val="22"/>
        </w:rPr>
      </w:pPr>
      <w:r w:rsidRPr="00081E93">
        <w:rPr>
          <w:sz w:val="22"/>
        </w:rPr>
        <w:t xml:space="preserve">Açık </w:t>
      </w:r>
      <w:proofErr w:type="spellStart"/>
      <w:r w:rsidRPr="00081E93">
        <w:rPr>
          <w:sz w:val="22"/>
        </w:rPr>
        <w:t>uçlu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görüş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alanına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toplam</w:t>
      </w:r>
      <w:proofErr w:type="spellEnd"/>
      <w:r w:rsidRPr="00081E93">
        <w:rPr>
          <w:sz w:val="22"/>
        </w:rPr>
        <w:t xml:space="preserve"> 3 </w:t>
      </w:r>
      <w:proofErr w:type="spellStart"/>
      <w:r w:rsidRPr="00081E93">
        <w:rPr>
          <w:sz w:val="22"/>
        </w:rPr>
        <w:t>katılımcı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yazılı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geri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bildirim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bırakmıştır</w:t>
      </w:r>
      <w:proofErr w:type="spellEnd"/>
      <w:r w:rsidRPr="00081E93">
        <w:rPr>
          <w:sz w:val="22"/>
        </w:rPr>
        <w:t xml:space="preserve">. </w:t>
      </w:r>
      <w:proofErr w:type="spellStart"/>
      <w:r w:rsidRPr="00081E93">
        <w:rPr>
          <w:sz w:val="22"/>
        </w:rPr>
        <w:t>Yanıtlar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tematik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olarak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incelendiğinde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adalet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liyakat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yönetsel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iletişim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ile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sosyal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etkinlik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ihtiyacı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başlıklarının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öne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çıktığı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görülmüştür</w:t>
      </w:r>
      <w:proofErr w:type="spellEnd"/>
      <w:r w:rsidRPr="00081E93">
        <w:rPr>
          <w:sz w:val="22"/>
        </w:rPr>
        <w:t>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418"/>
        <w:gridCol w:w="5719"/>
      </w:tblGrid>
      <w:tr w:rsidR="00EE569C" w14:paraId="4C1AD04A" w14:textId="77777777" w:rsidTr="00081E93">
        <w:trPr>
          <w:jc w:val="center"/>
        </w:trPr>
        <w:tc>
          <w:tcPr>
            <w:tcW w:w="2835" w:type="dxa"/>
            <w:shd w:val="clear" w:color="auto" w:fill="D9EAF7"/>
            <w:vAlign w:val="center"/>
          </w:tcPr>
          <w:p w14:paraId="4E7ECC6E" w14:textId="77777777" w:rsidR="00EE569C" w:rsidRDefault="00015841">
            <w:pPr>
              <w:jc w:val="center"/>
            </w:pPr>
            <w:r>
              <w:rPr>
                <w:b/>
              </w:rPr>
              <w:t>Tema</w:t>
            </w:r>
          </w:p>
        </w:tc>
        <w:tc>
          <w:tcPr>
            <w:tcW w:w="1418" w:type="dxa"/>
            <w:shd w:val="clear" w:color="auto" w:fill="D9EAF7"/>
            <w:vAlign w:val="center"/>
          </w:tcPr>
          <w:p w14:paraId="71756C1A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Frekans</w:t>
            </w:r>
            <w:proofErr w:type="spellEnd"/>
          </w:p>
        </w:tc>
        <w:tc>
          <w:tcPr>
            <w:tcW w:w="5719" w:type="dxa"/>
            <w:shd w:val="clear" w:color="auto" w:fill="D9EAF7"/>
            <w:vAlign w:val="center"/>
          </w:tcPr>
          <w:p w14:paraId="40C120F9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Yorum</w:t>
            </w:r>
            <w:proofErr w:type="spellEnd"/>
          </w:p>
        </w:tc>
      </w:tr>
      <w:tr w:rsidR="00EE569C" w14:paraId="2B5B5844" w14:textId="77777777" w:rsidTr="00081E93">
        <w:trPr>
          <w:jc w:val="center"/>
        </w:trPr>
        <w:tc>
          <w:tcPr>
            <w:tcW w:w="2835" w:type="dxa"/>
            <w:vAlign w:val="center"/>
          </w:tcPr>
          <w:p w14:paraId="3BB58CF0" w14:textId="77777777" w:rsidR="00EE569C" w:rsidRDefault="00015841">
            <w:r>
              <w:rPr>
                <w:sz w:val="18"/>
              </w:rPr>
              <w:t xml:space="preserve">Adalet, </w:t>
            </w:r>
            <w:proofErr w:type="spellStart"/>
            <w:r>
              <w:rPr>
                <w:sz w:val="18"/>
              </w:rPr>
              <w:t>liyakat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görev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dağılımı</w:t>
            </w:r>
            <w:proofErr w:type="spellEnd"/>
          </w:p>
        </w:tc>
        <w:tc>
          <w:tcPr>
            <w:tcW w:w="1418" w:type="dxa"/>
            <w:vAlign w:val="center"/>
          </w:tcPr>
          <w:p w14:paraId="3EEC95CD" w14:textId="77777777" w:rsidR="00EE569C" w:rsidRDefault="00015841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5719" w:type="dxa"/>
            <w:vAlign w:val="center"/>
          </w:tcPr>
          <w:p w14:paraId="153B9F4F" w14:textId="77777777" w:rsidR="00EE569C" w:rsidRDefault="00015841">
            <w:r>
              <w:rPr>
                <w:sz w:val="18"/>
              </w:rPr>
              <w:t xml:space="preserve">Geri </w:t>
            </w:r>
            <w:proofErr w:type="spellStart"/>
            <w:r>
              <w:rPr>
                <w:sz w:val="18"/>
              </w:rPr>
              <w:t>bildirimlerde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liyakat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adil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görev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dağılımı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emeğin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karşılığını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bulması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hakkaniyet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temaları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öne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çıkmıştır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E569C" w14:paraId="0B07EE0D" w14:textId="77777777" w:rsidTr="00081E93">
        <w:trPr>
          <w:jc w:val="center"/>
        </w:trPr>
        <w:tc>
          <w:tcPr>
            <w:tcW w:w="2835" w:type="dxa"/>
            <w:vAlign w:val="center"/>
          </w:tcPr>
          <w:p w14:paraId="6A55F5E1" w14:textId="77777777" w:rsidR="00EE569C" w:rsidRDefault="00015841">
            <w:proofErr w:type="spellStart"/>
            <w:r>
              <w:rPr>
                <w:sz w:val="18"/>
              </w:rPr>
              <w:t>İletişim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yönetsel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yaklaşım</w:t>
            </w:r>
            <w:proofErr w:type="spellEnd"/>
          </w:p>
        </w:tc>
        <w:tc>
          <w:tcPr>
            <w:tcW w:w="1418" w:type="dxa"/>
            <w:vAlign w:val="center"/>
          </w:tcPr>
          <w:p w14:paraId="7EC69605" w14:textId="77777777" w:rsidR="00EE569C" w:rsidRDefault="00015841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719" w:type="dxa"/>
            <w:vAlign w:val="center"/>
          </w:tcPr>
          <w:p w14:paraId="2376437E" w14:textId="77777777" w:rsidR="00EE569C" w:rsidRDefault="00015841">
            <w:proofErr w:type="spellStart"/>
            <w:r>
              <w:rPr>
                <w:sz w:val="18"/>
              </w:rPr>
              <w:t>İdareciler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arasındaki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iletişim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eksikliği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görüşlerin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yeterince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dikkate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alınmaması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vurgulanmıştır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E569C" w14:paraId="18EE1FCE" w14:textId="77777777" w:rsidTr="00081E93">
        <w:trPr>
          <w:jc w:val="center"/>
        </w:trPr>
        <w:tc>
          <w:tcPr>
            <w:tcW w:w="2835" w:type="dxa"/>
            <w:vAlign w:val="center"/>
          </w:tcPr>
          <w:p w14:paraId="4A4421D1" w14:textId="77777777" w:rsidR="00EE569C" w:rsidRDefault="00015841">
            <w:proofErr w:type="spellStart"/>
            <w:r>
              <w:rPr>
                <w:sz w:val="18"/>
              </w:rPr>
              <w:t>Sosyal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etkinlik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ihtiyacı</w:t>
            </w:r>
            <w:proofErr w:type="spellEnd"/>
          </w:p>
        </w:tc>
        <w:tc>
          <w:tcPr>
            <w:tcW w:w="1418" w:type="dxa"/>
            <w:vAlign w:val="center"/>
          </w:tcPr>
          <w:p w14:paraId="32D23880" w14:textId="77777777" w:rsidR="00EE569C" w:rsidRDefault="00015841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5719" w:type="dxa"/>
            <w:vAlign w:val="center"/>
          </w:tcPr>
          <w:p w14:paraId="45CE5DB7" w14:textId="77777777" w:rsidR="00EE569C" w:rsidRDefault="00015841">
            <w:proofErr w:type="spellStart"/>
            <w:r>
              <w:rPr>
                <w:sz w:val="18"/>
              </w:rPr>
              <w:t>Personelin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araya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gelebileceği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sosyal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etkinlik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etkileşim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alanlarının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artırılması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önerilmiştir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0246F203" w14:textId="77777777" w:rsidR="000F48EE" w:rsidRDefault="000F48EE">
      <w:pPr>
        <w:jc w:val="both"/>
        <w:rPr>
          <w:sz w:val="22"/>
        </w:rPr>
      </w:pPr>
    </w:p>
    <w:p w14:paraId="76BF1E33" w14:textId="77777777" w:rsidR="00EE569C" w:rsidRPr="00081E93" w:rsidRDefault="00015841">
      <w:pPr>
        <w:jc w:val="both"/>
        <w:rPr>
          <w:sz w:val="22"/>
        </w:rPr>
      </w:pPr>
      <w:proofErr w:type="spellStart"/>
      <w:r w:rsidRPr="00081E93">
        <w:rPr>
          <w:sz w:val="22"/>
        </w:rPr>
        <w:t>Özellikle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adalet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liyakat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görev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dağılımına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ilişkin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ifadeler</w:t>
      </w:r>
      <w:proofErr w:type="spellEnd"/>
      <w:r w:rsidRPr="00081E93">
        <w:rPr>
          <w:sz w:val="22"/>
        </w:rPr>
        <w:t xml:space="preserve">; </w:t>
      </w:r>
      <w:proofErr w:type="spellStart"/>
      <w:r w:rsidRPr="00081E93">
        <w:rPr>
          <w:sz w:val="22"/>
        </w:rPr>
        <w:t>nicel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bulgularda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orta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düzeyde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kalan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katılım</w:t>
      </w:r>
      <w:proofErr w:type="spellEnd"/>
      <w:r w:rsidRPr="00081E93">
        <w:rPr>
          <w:sz w:val="22"/>
        </w:rPr>
        <w:t xml:space="preserve">, </w:t>
      </w:r>
      <w:proofErr w:type="spellStart"/>
      <w:r w:rsidRPr="00081E93">
        <w:rPr>
          <w:sz w:val="22"/>
        </w:rPr>
        <w:t>kariyer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gelişimi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ve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yetkinliklerin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uygun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kullanımı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maddelerini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destekler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niteliktedir</w:t>
      </w:r>
      <w:proofErr w:type="spellEnd"/>
      <w:r w:rsidRPr="00081E93">
        <w:rPr>
          <w:sz w:val="22"/>
        </w:rPr>
        <w:t xml:space="preserve">. </w:t>
      </w:r>
      <w:proofErr w:type="spellStart"/>
      <w:r w:rsidRPr="00081E93">
        <w:rPr>
          <w:sz w:val="22"/>
        </w:rPr>
        <w:t>Sosyal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etkinlik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talebi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ise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anketin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en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düşük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puanlanan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maddesiyle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doğrudan</w:t>
      </w:r>
      <w:proofErr w:type="spellEnd"/>
      <w:r w:rsidRPr="00081E93">
        <w:rPr>
          <w:sz w:val="22"/>
        </w:rPr>
        <w:t xml:space="preserve"> </w:t>
      </w:r>
      <w:proofErr w:type="spellStart"/>
      <w:r w:rsidRPr="00081E93">
        <w:rPr>
          <w:sz w:val="22"/>
        </w:rPr>
        <w:t>örtüşmektedir</w:t>
      </w:r>
      <w:proofErr w:type="spellEnd"/>
      <w:r w:rsidRPr="00081E93">
        <w:rPr>
          <w:sz w:val="22"/>
        </w:rPr>
        <w:t>.</w:t>
      </w:r>
    </w:p>
    <w:p w14:paraId="207AD6AB" w14:textId="77777777" w:rsidR="00081E93" w:rsidRPr="00880FC3" w:rsidRDefault="00081E93" w:rsidP="00081E93">
      <w:pPr>
        <w:rPr>
          <w:rFonts w:asciiTheme="majorHAnsi" w:hAnsiTheme="majorHAnsi" w:cstheme="majorHAnsi"/>
          <w:b/>
          <w:color w:val="17365D"/>
          <w:sz w:val="26"/>
        </w:rPr>
      </w:pPr>
      <w:r w:rsidRPr="00880FC3">
        <w:rPr>
          <w:rFonts w:asciiTheme="majorHAnsi" w:hAnsiTheme="majorHAnsi" w:cstheme="majorHAnsi"/>
          <w:b/>
          <w:color w:val="17365D"/>
          <w:sz w:val="26"/>
        </w:rPr>
        <w:t>9. ÖNCELİKLENDİRME VE RİSK ANALİZİ</w:t>
      </w:r>
    </w:p>
    <w:p w14:paraId="238A302B" w14:textId="77777777" w:rsidR="00EE569C" w:rsidRDefault="00015841">
      <w:pPr>
        <w:jc w:val="both"/>
      </w:pPr>
      <w:proofErr w:type="spellStart"/>
      <w:r>
        <w:t>Önceliklendirme</w:t>
      </w:r>
      <w:proofErr w:type="spellEnd"/>
      <w:r>
        <w:t xml:space="preserve"> </w:t>
      </w:r>
      <w:proofErr w:type="spellStart"/>
      <w:r>
        <w:t>yalnızca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puana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; </w:t>
      </w:r>
      <w:proofErr w:type="spellStart"/>
      <w:r>
        <w:t>etki</w:t>
      </w:r>
      <w:proofErr w:type="spellEnd"/>
      <w:r>
        <w:t xml:space="preserve">, risk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stratejik</w:t>
      </w:r>
      <w:proofErr w:type="spellEnd"/>
      <w:r>
        <w:t xml:space="preserve">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ölçütleri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değerlendirilerek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. Buna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alanlar</w:t>
      </w:r>
      <w:proofErr w:type="spellEnd"/>
      <w:r>
        <w:t xml:space="preserve"> </w:t>
      </w:r>
      <w:proofErr w:type="spellStart"/>
      <w:r>
        <w:t>birim</w:t>
      </w:r>
      <w:proofErr w:type="spellEnd"/>
      <w:r>
        <w:t xml:space="preserve"> </w:t>
      </w:r>
      <w:proofErr w:type="spellStart"/>
      <w:r>
        <w:t>açısından</w:t>
      </w:r>
      <w:proofErr w:type="spellEnd"/>
      <w:r>
        <w:t xml:space="preserve"> </w:t>
      </w:r>
      <w:proofErr w:type="spellStart"/>
      <w:r>
        <w:t>öncelikli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alanları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belirlenmiştir</w:t>
      </w:r>
      <w:proofErr w:type="spellEnd"/>
      <w:r>
        <w:t>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197"/>
        <w:gridCol w:w="1212"/>
        <w:gridCol w:w="1418"/>
        <w:gridCol w:w="1276"/>
        <w:gridCol w:w="2742"/>
      </w:tblGrid>
      <w:tr w:rsidR="00EE569C" w14:paraId="4E2D6E95" w14:textId="77777777" w:rsidTr="00081E93">
        <w:trPr>
          <w:jc w:val="center"/>
        </w:trPr>
        <w:tc>
          <w:tcPr>
            <w:tcW w:w="2127" w:type="dxa"/>
            <w:shd w:val="clear" w:color="auto" w:fill="D9EAF7"/>
            <w:vAlign w:val="center"/>
          </w:tcPr>
          <w:p w14:paraId="0766B77E" w14:textId="77777777" w:rsidR="00EE569C" w:rsidRDefault="00015841">
            <w:pPr>
              <w:jc w:val="center"/>
            </w:pPr>
            <w:r>
              <w:rPr>
                <w:b/>
              </w:rPr>
              <w:t>Alan</w:t>
            </w:r>
          </w:p>
        </w:tc>
        <w:tc>
          <w:tcPr>
            <w:tcW w:w="1197" w:type="dxa"/>
            <w:shd w:val="clear" w:color="auto" w:fill="D9EAF7"/>
            <w:vAlign w:val="center"/>
          </w:tcPr>
          <w:p w14:paraId="0A9A1666" w14:textId="77777777" w:rsidR="00EE569C" w:rsidRDefault="00015841">
            <w:pPr>
              <w:jc w:val="center"/>
            </w:pPr>
            <w:r>
              <w:rPr>
                <w:b/>
              </w:rPr>
              <w:t>Puan</w:t>
            </w:r>
          </w:p>
        </w:tc>
        <w:tc>
          <w:tcPr>
            <w:tcW w:w="1212" w:type="dxa"/>
            <w:shd w:val="clear" w:color="auto" w:fill="D9EAF7"/>
            <w:vAlign w:val="center"/>
          </w:tcPr>
          <w:p w14:paraId="5459EE51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Etki</w:t>
            </w:r>
            <w:proofErr w:type="spellEnd"/>
          </w:p>
        </w:tc>
        <w:tc>
          <w:tcPr>
            <w:tcW w:w="1418" w:type="dxa"/>
            <w:shd w:val="clear" w:color="auto" w:fill="D9EAF7"/>
            <w:vAlign w:val="center"/>
          </w:tcPr>
          <w:p w14:paraId="19187A29" w14:textId="77777777" w:rsidR="00EE569C" w:rsidRDefault="00015841">
            <w:pPr>
              <w:jc w:val="center"/>
            </w:pPr>
            <w:r>
              <w:rPr>
                <w:b/>
              </w:rPr>
              <w:t>Risk</w:t>
            </w:r>
          </w:p>
        </w:tc>
        <w:tc>
          <w:tcPr>
            <w:tcW w:w="1276" w:type="dxa"/>
            <w:shd w:val="clear" w:color="auto" w:fill="D9EAF7"/>
            <w:vAlign w:val="center"/>
          </w:tcPr>
          <w:p w14:paraId="5B133D7A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Öncelik</w:t>
            </w:r>
            <w:proofErr w:type="spellEnd"/>
          </w:p>
        </w:tc>
        <w:tc>
          <w:tcPr>
            <w:tcW w:w="2742" w:type="dxa"/>
            <w:shd w:val="clear" w:color="auto" w:fill="D9EAF7"/>
            <w:vAlign w:val="center"/>
          </w:tcPr>
          <w:p w14:paraId="0C2A4F35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Gerekçe</w:t>
            </w:r>
            <w:proofErr w:type="spellEnd"/>
          </w:p>
        </w:tc>
      </w:tr>
      <w:tr w:rsidR="00EE569C" w14:paraId="7FEAFA29" w14:textId="77777777" w:rsidTr="00081E93">
        <w:trPr>
          <w:jc w:val="center"/>
        </w:trPr>
        <w:tc>
          <w:tcPr>
            <w:tcW w:w="2127" w:type="dxa"/>
            <w:vAlign w:val="center"/>
          </w:tcPr>
          <w:p w14:paraId="3FF82B29" w14:textId="77777777" w:rsidR="00EE569C" w:rsidRDefault="00015841">
            <w:proofErr w:type="spellStart"/>
            <w:r>
              <w:rPr>
                <w:sz w:val="18"/>
              </w:rPr>
              <w:t>Sosyal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etkinliklerin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yetersizliği</w:t>
            </w:r>
            <w:proofErr w:type="spellEnd"/>
          </w:p>
        </w:tc>
        <w:tc>
          <w:tcPr>
            <w:tcW w:w="1197" w:type="dxa"/>
            <w:vAlign w:val="center"/>
          </w:tcPr>
          <w:p w14:paraId="2E9CA65A" w14:textId="77777777" w:rsidR="00EE569C" w:rsidRDefault="00015841">
            <w:pPr>
              <w:jc w:val="center"/>
            </w:pPr>
            <w:r>
              <w:rPr>
                <w:sz w:val="18"/>
              </w:rPr>
              <w:t>2.88</w:t>
            </w:r>
          </w:p>
        </w:tc>
        <w:tc>
          <w:tcPr>
            <w:tcW w:w="1212" w:type="dxa"/>
            <w:vAlign w:val="center"/>
          </w:tcPr>
          <w:p w14:paraId="4AA69819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1418" w:type="dxa"/>
            <w:vAlign w:val="center"/>
          </w:tcPr>
          <w:p w14:paraId="7425C2E8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1276" w:type="dxa"/>
            <w:vAlign w:val="center"/>
          </w:tcPr>
          <w:p w14:paraId="67B33797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2742" w:type="dxa"/>
            <w:vAlign w:val="center"/>
          </w:tcPr>
          <w:p w14:paraId="616878B1" w14:textId="77777777" w:rsidR="00EE569C" w:rsidRDefault="00015841">
            <w:proofErr w:type="spellStart"/>
            <w:r>
              <w:rPr>
                <w:sz w:val="18"/>
              </w:rPr>
              <w:t>Kurumsal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aidiyet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ekip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etkileşim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üzerinde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doğrudan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etkilidir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E569C" w14:paraId="6A77FB8E" w14:textId="77777777" w:rsidTr="00081E93">
        <w:trPr>
          <w:jc w:val="center"/>
        </w:trPr>
        <w:tc>
          <w:tcPr>
            <w:tcW w:w="2127" w:type="dxa"/>
            <w:vAlign w:val="center"/>
          </w:tcPr>
          <w:p w14:paraId="748BEB41" w14:textId="77777777" w:rsidR="00EE569C" w:rsidRDefault="00015841">
            <w:proofErr w:type="spellStart"/>
            <w:r>
              <w:rPr>
                <w:sz w:val="18"/>
              </w:rPr>
              <w:t>Kariyer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geliştirme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fırsatlarının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sınırlılığı</w:t>
            </w:r>
            <w:proofErr w:type="spellEnd"/>
          </w:p>
        </w:tc>
        <w:tc>
          <w:tcPr>
            <w:tcW w:w="1197" w:type="dxa"/>
            <w:vAlign w:val="center"/>
          </w:tcPr>
          <w:p w14:paraId="36CD2043" w14:textId="77777777" w:rsidR="00EE569C" w:rsidRDefault="00015841">
            <w:pPr>
              <w:jc w:val="center"/>
            </w:pPr>
            <w:r>
              <w:rPr>
                <w:sz w:val="18"/>
              </w:rPr>
              <w:t>3.06</w:t>
            </w:r>
          </w:p>
        </w:tc>
        <w:tc>
          <w:tcPr>
            <w:tcW w:w="1212" w:type="dxa"/>
            <w:vAlign w:val="center"/>
          </w:tcPr>
          <w:p w14:paraId="765B89B8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1418" w:type="dxa"/>
            <w:vAlign w:val="center"/>
          </w:tcPr>
          <w:p w14:paraId="30BF60D0" w14:textId="77777777" w:rsidR="00EE569C" w:rsidRDefault="00015841">
            <w:pPr>
              <w:jc w:val="center"/>
            </w:pPr>
            <w:r>
              <w:rPr>
                <w:sz w:val="18"/>
              </w:rPr>
              <w:t>Orta-Yüksek</w:t>
            </w:r>
          </w:p>
        </w:tc>
        <w:tc>
          <w:tcPr>
            <w:tcW w:w="1276" w:type="dxa"/>
            <w:vAlign w:val="center"/>
          </w:tcPr>
          <w:p w14:paraId="38F1E6E7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2742" w:type="dxa"/>
            <w:vAlign w:val="center"/>
          </w:tcPr>
          <w:p w14:paraId="3333EF81" w14:textId="77777777" w:rsidR="00EE569C" w:rsidRDefault="00015841">
            <w:proofErr w:type="spellStart"/>
            <w:r>
              <w:rPr>
                <w:sz w:val="18"/>
              </w:rPr>
              <w:t>Motivasyon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kurumsal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bağlılık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performans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algısını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etkilemektedir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E569C" w14:paraId="362883C6" w14:textId="77777777" w:rsidTr="00081E93">
        <w:trPr>
          <w:jc w:val="center"/>
        </w:trPr>
        <w:tc>
          <w:tcPr>
            <w:tcW w:w="2127" w:type="dxa"/>
            <w:vAlign w:val="center"/>
          </w:tcPr>
          <w:p w14:paraId="17FA72AC" w14:textId="77777777" w:rsidR="00EE569C" w:rsidRDefault="00015841">
            <w:r>
              <w:rPr>
                <w:sz w:val="18"/>
              </w:rPr>
              <w:t xml:space="preserve">Karar </w:t>
            </w:r>
            <w:proofErr w:type="spellStart"/>
            <w:r>
              <w:rPr>
                <w:sz w:val="18"/>
              </w:rPr>
              <w:t>süreçlerine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katılımın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sınırlı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algılanması</w:t>
            </w:r>
            <w:proofErr w:type="spellEnd"/>
          </w:p>
        </w:tc>
        <w:tc>
          <w:tcPr>
            <w:tcW w:w="1197" w:type="dxa"/>
            <w:vAlign w:val="center"/>
          </w:tcPr>
          <w:p w14:paraId="7E0DDC2A" w14:textId="77777777" w:rsidR="00EE569C" w:rsidRDefault="00015841">
            <w:pPr>
              <w:jc w:val="center"/>
            </w:pPr>
            <w:r>
              <w:rPr>
                <w:sz w:val="18"/>
              </w:rPr>
              <w:t>3.18</w:t>
            </w:r>
          </w:p>
        </w:tc>
        <w:tc>
          <w:tcPr>
            <w:tcW w:w="1212" w:type="dxa"/>
            <w:vAlign w:val="center"/>
          </w:tcPr>
          <w:p w14:paraId="74C4337C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1418" w:type="dxa"/>
            <w:vAlign w:val="center"/>
          </w:tcPr>
          <w:p w14:paraId="25F8228C" w14:textId="77777777" w:rsidR="00EE569C" w:rsidRDefault="00015841">
            <w:pPr>
              <w:jc w:val="center"/>
            </w:pPr>
            <w:r>
              <w:rPr>
                <w:sz w:val="18"/>
              </w:rPr>
              <w:t>Orta-Yüksek</w:t>
            </w:r>
          </w:p>
        </w:tc>
        <w:tc>
          <w:tcPr>
            <w:tcW w:w="1276" w:type="dxa"/>
            <w:vAlign w:val="center"/>
          </w:tcPr>
          <w:p w14:paraId="3B520A22" w14:textId="77777777" w:rsidR="00EE569C" w:rsidRDefault="00015841">
            <w:pPr>
              <w:jc w:val="center"/>
            </w:pPr>
            <w:r>
              <w:rPr>
                <w:sz w:val="18"/>
              </w:rPr>
              <w:t>Yüksek</w:t>
            </w:r>
          </w:p>
        </w:tc>
        <w:tc>
          <w:tcPr>
            <w:tcW w:w="2742" w:type="dxa"/>
            <w:vAlign w:val="center"/>
          </w:tcPr>
          <w:p w14:paraId="555B99CF" w14:textId="77777777" w:rsidR="00EE569C" w:rsidRDefault="00015841">
            <w:proofErr w:type="spellStart"/>
            <w:r>
              <w:rPr>
                <w:sz w:val="18"/>
              </w:rPr>
              <w:t>Katılımcı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iletişim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kalitesi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açısından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belirleyicidir</w:t>
            </w:r>
            <w:proofErr w:type="spellEnd"/>
            <w:r>
              <w:rPr>
                <w:sz w:val="18"/>
              </w:rPr>
              <w:t>.</w:t>
            </w:r>
          </w:p>
        </w:tc>
      </w:tr>
      <w:tr w:rsidR="00EE569C" w14:paraId="7F85427B" w14:textId="77777777" w:rsidTr="00081E93">
        <w:trPr>
          <w:jc w:val="center"/>
        </w:trPr>
        <w:tc>
          <w:tcPr>
            <w:tcW w:w="2127" w:type="dxa"/>
            <w:vAlign w:val="center"/>
          </w:tcPr>
          <w:p w14:paraId="4B541A25" w14:textId="7240AFCD" w:rsidR="00EE569C" w:rsidRDefault="00015841">
            <w:proofErr w:type="spellStart"/>
            <w:r>
              <w:rPr>
                <w:sz w:val="18"/>
              </w:rPr>
              <w:t>Yeteneklerin</w:t>
            </w:r>
            <w:proofErr w:type="spellEnd"/>
            <w:r w:rsidR="007B70B7">
              <w:rPr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uygun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alanlarda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kullanımı</w:t>
            </w:r>
            <w:proofErr w:type="spellEnd"/>
          </w:p>
        </w:tc>
        <w:tc>
          <w:tcPr>
            <w:tcW w:w="1197" w:type="dxa"/>
            <w:vAlign w:val="center"/>
          </w:tcPr>
          <w:p w14:paraId="747BE7C3" w14:textId="77777777" w:rsidR="00EE569C" w:rsidRDefault="00015841">
            <w:pPr>
              <w:jc w:val="center"/>
            </w:pPr>
            <w:r>
              <w:rPr>
                <w:sz w:val="18"/>
              </w:rPr>
              <w:t>3.35</w:t>
            </w:r>
          </w:p>
        </w:tc>
        <w:tc>
          <w:tcPr>
            <w:tcW w:w="1212" w:type="dxa"/>
            <w:vAlign w:val="center"/>
          </w:tcPr>
          <w:p w14:paraId="50771A60" w14:textId="77777777" w:rsidR="00EE569C" w:rsidRDefault="00015841">
            <w:pPr>
              <w:jc w:val="center"/>
            </w:pPr>
            <w:r>
              <w:rPr>
                <w:sz w:val="18"/>
              </w:rPr>
              <w:t>Orta-Yüksek</w:t>
            </w:r>
          </w:p>
        </w:tc>
        <w:tc>
          <w:tcPr>
            <w:tcW w:w="1418" w:type="dxa"/>
            <w:vAlign w:val="center"/>
          </w:tcPr>
          <w:p w14:paraId="043BBC81" w14:textId="77777777" w:rsidR="00EE569C" w:rsidRDefault="00015841">
            <w:pPr>
              <w:jc w:val="center"/>
            </w:pPr>
            <w:r>
              <w:rPr>
                <w:sz w:val="18"/>
              </w:rPr>
              <w:t>Orta</w:t>
            </w:r>
          </w:p>
        </w:tc>
        <w:tc>
          <w:tcPr>
            <w:tcW w:w="1276" w:type="dxa"/>
            <w:vAlign w:val="center"/>
          </w:tcPr>
          <w:p w14:paraId="02BB5C5C" w14:textId="77777777" w:rsidR="00EE569C" w:rsidRDefault="00015841">
            <w:pPr>
              <w:jc w:val="center"/>
            </w:pPr>
            <w:r>
              <w:rPr>
                <w:sz w:val="18"/>
              </w:rPr>
              <w:t>Orta-Yüksek</w:t>
            </w:r>
          </w:p>
        </w:tc>
        <w:tc>
          <w:tcPr>
            <w:tcW w:w="2742" w:type="dxa"/>
            <w:vAlign w:val="center"/>
          </w:tcPr>
          <w:p w14:paraId="68D2F170" w14:textId="77777777" w:rsidR="00EE569C" w:rsidRDefault="00015841">
            <w:proofErr w:type="spellStart"/>
            <w:r>
              <w:rPr>
                <w:sz w:val="18"/>
              </w:rPr>
              <w:t>İş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doyumu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verimlilik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üzerinde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görünmektedir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14:paraId="36547600" w14:textId="77777777" w:rsidR="000F48EE" w:rsidRDefault="000F48EE" w:rsidP="000F48EE">
      <w:pPr>
        <w:pStyle w:val="Heading1Custom"/>
        <w:spacing w:before="120" w:after="120" w:line="240" w:lineRule="auto"/>
        <w:rPr>
          <w:rFonts w:asciiTheme="majorHAnsi" w:hAnsiTheme="majorHAnsi" w:cstheme="majorHAnsi"/>
        </w:rPr>
      </w:pPr>
    </w:p>
    <w:p w14:paraId="613FA7A7" w14:textId="77777777" w:rsidR="000F48EE" w:rsidRPr="00880FC3" w:rsidRDefault="000F48EE" w:rsidP="000F48EE">
      <w:pPr>
        <w:pStyle w:val="Heading1Custom"/>
        <w:spacing w:before="120" w:after="120" w:line="240" w:lineRule="auto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10. PUKÖ DÖNGÜSÜNE DAYALI İYİLEŞTİRME PLANI</w:t>
      </w:r>
    </w:p>
    <w:p w14:paraId="620FA0B6" w14:textId="77777777" w:rsidR="00EE569C" w:rsidRDefault="00015841">
      <w:pPr>
        <w:jc w:val="both"/>
      </w:pPr>
      <w:proofErr w:type="spellStart"/>
      <w:r>
        <w:t>Öncelikli</w:t>
      </w:r>
      <w:proofErr w:type="spellEnd"/>
      <w:r>
        <w:t xml:space="preserve"> </w:t>
      </w:r>
      <w:proofErr w:type="spellStart"/>
      <w:r>
        <w:t>alanlara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önerileri</w:t>
      </w:r>
      <w:proofErr w:type="spellEnd"/>
      <w:r>
        <w:t xml:space="preserve"> PUKÖ </w:t>
      </w:r>
      <w:proofErr w:type="spellStart"/>
      <w:r>
        <w:t>döngüsü</w:t>
      </w:r>
      <w:proofErr w:type="spellEnd"/>
      <w:r>
        <w:t xml:space="preserve"> </w:t>
      </w:r>
      <w:proofErr w:type="spellStart"/>
      <w:r>
        <w:t>temelinde</w:t>
      </w:r>
      <w:proofErr w:type="spellEnd"/>
      <w:r>
        <w:t xml:space="preserve"> </w:t>
      </w:r>
      <w:proofErr w:type="spellStart"/>
      <w:r>
        <w:t>aşağıda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1425"/>
        <w:gridCol w:w="1425"/>
        <w:gridCol w:w="1425"/>
        <w:gridCol w:w="1597"/>
        <w:gridCol w:w="1425"/>
        <w:gridCol w:w="1425"/>
      </w:tblGrid>
      <w:tr w:rsidR="00D544FC" w14:paraId="646B39F8" w14:textId="77777777" w:rsidTr="000F48EE">
        <w:trPr>
          <w:jc w:val="center"/>
        </w:trPr>
        <w:tc>
          <w:tcPr>
            <w:tcW w:w="1425" w:type="dxa"/>
            <w:shd w:val="clear" w:color="auto" w:fill="D9EAF7"/>
            <w:vAlign w:val="center"/>
          </w:tcPr>
          <w:p w14:paraId="0C95474D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Sorun</w:t>
            </w:r>
            <w:proofErr w:type="spellEnd"/>
          </w:p>
        </w:tc>
        <w:tc>
          <w:tcPr>
            <w:tcW w:w="1425" w:type="dxa"/>
            <w:shd w:val="clear" w:color="auto" w:fill="D9EAF7"/>
            <w:vAlign w:val="center"/>
          </w:tcPr>
          <w:p w14:paraId="55DD1F00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Planla</w:t>
            </w:r>
            <w:proofErr w:type="spellEnd"/>
          </w:p>
        </w:tc>
        <w:tc>
          <w:tcPr>
            <w:tcW w:w="1425" w:type="dxa"/>
            <w:shd w:val="clear" w:color="auto" w:fill="D9EAF7"/>
            <w:vAlign w:val="center"/>
          </w:tcPr>
          <w:p w14:paraId="1EFB2E86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Uygula</w:t>
            </w:r>
            <w:proofErr w:type="spellEnd"/>
          </w:p>
        </w:tc>
        <w:tc>
          <w:tcPr>
            <w:tcW w:w="1425" w:type="dxa"/>
            <w:shd w:val="clear" w:color="auto" w:fill="D9EAF7"/>
            <w:vAlign w:val="center"/>
          </w:tcPr>
          <w:p w14:paraId="25349742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Kontrol</w:t>
            </w:r>
            <w:proofErr w:type="spellEnd"/>
          </w:p>
        </w:tc>
        <w:tc>
          <w:tcPr>
            <w:tcW w:w="1597" w:type="dxa"/>
            <w:shd w:val="clear" w:color="auto" w:fill="D9EAF7"/>
            <w:vAlign w:val="center"/>
          </w:tcPr>
          <w:p w14:paraId="6D9B8AE0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Önlem</w:t>
            </w:r>
            <w:proofErr w:type="spellEnd"/>
          </w:p>
        </w:tc>
        <w:tc>
          <w:tcPr>
            <w:tcW w:w="1425" w:type="dxa"/>
            <w:shd w:val="clear" w:color="auto" w:fill="D9EAF7"/>
            <w:vAlign w:val="center"/>
          </w:tcPr>
          <w:p w14:paraId="032BB3A8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Hedef</w:t>
            </w:r>
            <w:proofErr w:type="spellEnd"/>
          </w:p>
        </w:tc>
        <w:tc>
          <w:tcPr>
            <w:tcW w:w="1425" w:type="dxa"/>
            <w:shd w:val="clear" w:color="auto" w:fill="D9EAF7"/>
            <w:vAlign w:val="center"/>
          </w:tcPr>
          <w:p w14:paraId="3E97E64F" w14:textId="77777777" w:rsidR="00EE569C" w:rsidRDefault="00015841">
            <w:pPr>
              <w:jc w:val="center"/>
            </w:pPr>
            <w:proofErr w:type="spellStart"/>
            <w:r>
              <w:rPr>
                <w:b/>
                <w:sz w:val="18"/>
              </w:rPr>
              <w:t>Süre</w:t>
            </w:r>
            <w:proofErr w:type="spellEnd"/>
          </w:p>
        </w:tc>
      </w:tr>
      <w:tr w:rsidR="00D544FC" w14:paraId="38A6B5C4" w14:textId="77777777" w:rsidTr="000F48EE">
        <w:trPr>
          <w:jc w:val="center"/>
        </w:trPr>
        <w:tc>
          <w:tcPr>
            <w:tcW w:w="1425" w:type="dxa"/>
            <w:vAlign w:val="center"/>
          </w:tcPr>
          <w:p w14:paraId="009BC4B3" w14:textId="77777777" w:rsidR="00EE569C" w:rsidRDefault="00015841">
            <w:proofErr w:type="spellStart"/>
            <w:r>
              <w:rPr>
                <w:sz w:val="17"/>
              </w:rPr>
              <w:t>Sosyal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etkinliklerin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yetersizliği</w:t>
            </w:r>
            <w:proofErr w:type="spellEnd"/>
          </w:p>
        </w:tc>
        <w:tc>
          <w:tcPr>
            <w:tcW w:w="1425" w:type="dxa"/>
            <w:vAlign w:val="center"/>
          </w:tcPr>
          <w:p w14:paraId="72D5C630" w14:textId="3715F710" w:rsidR="00EE569C" w:rsidRDefault="00015841">
            <w:proofErr w:type="spellStart"/>
            <w:r>
              <w:rPr>
                <w:sz w:val="17"/>
              </w:rPr>
              <w:t>Yıllık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sosyal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etkinlik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</w:t>
            </w:r>
            <w:r w:rsidR="0090159C">
              <w:rPr>
                <w:sz w:val="17"/>
              </w:rPr>
              <w:t>aleplerinin</w:t>
            </w:r>
            <w:proofErr w:type="spellEnd"/>
            <w:r w:rsidR="0090159C">
              <w:rPr>
                <w:sz w:val="17"/>
              </w:rPr>
              <w:t xml:space="preserve"> </w:t>
            </w:r>
            <w:proofErr w:type="spellStart"/>
            <w:r w:rsidR="0090159C">
              <w:rPr>
                <w:sz w:val="17"/>
              </w:rPr>
              <w:t>toplanması</w:t>
            </w:r>
            <w:proofErr w:type="spellEnd"/>
            <w:r w:rsidR="0090159C">
              <w:rPr>
                <w:sz w:val="17"/>
              </w:rPr>
              <w:t xml:space="preserve"> </w:t>
            </w:r>
            <w:proofErr w:type="spellStart"/>
            <w:r w:rsidR="0090159C">
              <w:rPr>
                <w:sz w:val="17"/>
              </w:rPr>
              <w:t>ve</w:t>
            </w:r>
            <w:proofErr w:type="spellEnd"/>
            <w:r w:rsidR="0090159C">
              <w:rPr>
                <w:sz w:val="17"/>
              </w:rPr>
              <w:t xml:space="preserve"> </w:t>
            </w:r>
            <w:proofErr w:type="spellStart"/>
            <w:r w:rsidR="00A01F20">
              <w:rPr>
                <w:sz w:val="17"/>
              </w:rPr>
              <w:t>t</w:t>
            </w:r>
            <w:r>
              <w:rPr>
                <w:sz w:val="17"/>
              </w:rPr>
              <w:t>akvimi</w:t>
            </w:r>
            <w:r w:rsidR="0090159C">
              <w:rPr>
                <w:sz w:val="17"/>
              </w:rPr>
              <w:t>nin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hazırlanması</w:t>
            </w:r>
            <w:proofErr w:type="spellEnd"/>
          </w:p>
        </w:tc>
        <w:tc>
          <w:tcPr>
            <w:tcW w:w="1425" w:type="dxa"/>
            <w:vAlign w:val="center"/>
          </w:tcPr>
          <w:p w14:paraId="0E21245D" w14:textId="0318ACC8" w:rsidR="00EE569C" w:rsidRDefault="00A01F20">
            <w:proofErr w:type="spellStart"/>
            <w:r>
              <w:rPr>
                <w:sz w:val="17"/>
              </w:rPr>
              <w:t>Talepler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doğrultusunda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uygulanabilir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 w:rsidR="00015841">
              <w:rPr>
                <w:sz w:val="17"/>
              </w:rPr>
              <w:t>etkinliklerin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düzenlenmesi</w:t>
            </w:r>
            <w:proofErr w:type="spellEnd"/>
          </w:p>
        </w:tc>
        <w:tc>
          <w:tcPr>
            <w:tcW w:w="1425" w:type="dxa"/>
            <w:vAlign w:val="center"/>
          </w:tcPr>
          <w:p w14:paraId="287CCBA5" w14:textId="77777777" w:rsidR="00EE569C" w:rsidRDefault="00015841">
            <w:proofErr w:type="spellStart"/>
            <w:r>
              <w:rPr>
                <w:sz w:val="17"/>
              </w:rPr>
              <w:t>Katılım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sayısı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memnuniyet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geri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bildiriminin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ölçülmesi</w:t>
            </w:r>
            <w:proofErr w:type="spellEnd"/>
          </w:p>
        </w:tc>
        <w:tc>
          <w:tcPr>
            <w:tcW w:w="1597" w:type="dxa"/>
            <w:vAlign w:val="center"/>
          </w:tcPr>
          <w:p w14:paraId="569D33D6" w14:textId="77777777" w:rsidR="00EE569C" w:rsidRDefault="00015841">
            <w:proofErr w:type="spellStart"/>
            <w:r>
              <w:rPr>
                <w:sz w:val="17"/>
              </w:rPr>
              <w:t>Etkili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bulunan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etkinliklerin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kurumsallaştırılması</w:t>
            </w:r>
            <w:proofErr w:type="spellEnd"/>
          </w:p>
        </w:tc>
        <w:tc>
          <w:tcPr>
            <w:tcW w:w="1425" w:type="dxa"/>
            <w:vAlign w:val="center"/>
          </w:tcPr>
          <w:p w14:paraId="67DA69BD" w14:textId="77777777" w:rsidR="00EE569C" w:rsidRDefault="00015841">
            <w:proofErr w:type="spellStart"/>
            <w:r>
              <w:rPr>
                <w:sz w:val="17"/>
              </w:rPr>
              <w:t>Sosyal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etkinlik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memnuniyetinde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artış</w:t>
            </w:r>
            <w:proofErr w:type="spellEnd"/>
          </w:p>
        </w:tc>
        <w:tc>
          <w:tcPr>
            <w:tcW w:w="1425" w:type="dxa"/>
            <w:vAlign w:val="center"/>
          </w:tcPr>
          <w:p w14:paraId="41175F10" w14:textId="13D70413" w:rsidR="00EE569C" w:rsidRDefault="00A01F20">
            <w:r>
              <w:rPr>
                <w:sz w:val="17"/>
              </w:rPr>
              <w:t>12</w:t>
            </w:r>
            <w:r w:rsidR="00015841">
              <w:rPr>
                <w:sz w:val="17"/>
              </w:rPr>
              <w:t xml:space="preserve"> ay</w:t>
            </w:r>
          </w:p>
        </w:tc>
      </w:tr>
      <w:tr w:rsidR="00D544FC" w14:paraId="1232F522" w14:textId="77777777" w:rsidTr="000F48EE">
        <w:trPr>
          <w:jc w:val="center"/>
        </w:trPr>
        <w:tc>
          <w:tcPr>
            <w:tcW w:w="1425" w:type="dxa"/>
            <w:vAlign w:val="center"/>
          </w:tcPr>
          <w:p w14:paraId="6E97E895" w14:textId="77777777" w:rsidR="00EE569C" w:rsidRDefault="00015841">
            <w:proofErr w:type="spellStart"/>
            <w:r>
              <w:rPr>
                <w:sz w:val="17"/>
              </w:rPr>
              <w:t>Kariyer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geliştirme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fırsatları</w:t>
            </w:r>
            <w:proofErr w:type="spellEnd"/>
          </w:p>
        </w:tc>
        <w:tc>
          <w:tcPr>
            <w:tcW w:w="1425" w:type="dxa"/>
            <w:vAlign w:val="center"/>
          </w:tcPr>
          <w:p w14:paraId="54C287CD" w14:textId="047A9102" w:rsidR="00EE569C" w:rsidRDefault="00015841">
            <w:proofErr w:type="spellStart"/>
            <w:r>
              <w:rPr>
                <w:sz w:val="17"/>
              </w:rPr>
              <w:t>Hizmet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içi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eğitim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kariyer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gelişim</w:t>
            </w:r>
            <w:r w:rsidR="003951D8">
              <w:rPr>
                <w:sz w:val="17"/>
              </w:rPr>
              <w:t>ine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 w:rsidR="003951D8">
              <w:rPr>
                <w:sz w:val="17"/>
              </w:rPr>
              <w:t>yönelik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 w:rsidR="003951D8">
              <w:rPr>
                <w:sz w:val="17"/>
              </w:rPr>
              <w:t>ihtiyaç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 w:rsidR="003951D8">
              <w:rPr>
                <w:sz w:val="17"/>
              </w:rPr>
              <w:t>analizlerinin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 w:rsidR="003951D8">
              <w:rPr>
                <w:sz w:val="17"/>
              </w:rPr>
              <w:t>yapılıp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 w:rsidR="003951D8">
              <w:rPr>
                <w:sz w:val="17"/>
              </w:rPr>
              <w:t>eylem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plan</w:t>
            </w:r>
            <w:r w:rsidR="003951D8">
              <w:rPr>
                <w:sz w:val="17"/>
              </w:rPr>
              <w:t>larının</w:t>
            </w:r>
            <w:proofErr w:type="spellEnd"/>
            <w:r w:rsidR="003951D8"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oluşturulması</w:t>
            </w:r>
            <w:proofErr w:type="spellEnd"/>
          </w:p>
        </w:tc>
        <w:tc>
          <w:tcPr>
            <w:tcW w:w="1425" w:type="dxa"/>
            <w:vAlign w:val="center"/>
          </w:tcPr>
          <w:p w14:paraId="45E09E10" w14:textId="77777777" w:rsidR="00EE569C" w:rsidRDefault="00015841">
            <w:proofErr w:type="spellStart"/>
            <w:r>
              <w:rPr>
                <w:sz w:val="17"/>
              </w:rPr>
              <w:t>Yetkinlik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bazlı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eğitimler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bilgilendirme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toplantıları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yapılması</w:t>
            </w:r>
            <w:proofErr w:type="spellEnd"/>
          </w:p>
        </w:tc>
        <w:tc>
          <w:tcPr>
            <w:tcW w:w="1425" w:type="dxa"/>
            <w:vAlign w:val="center"/>
          </w:tcPr>
          <w:p w14:paraId="551C9671" w14:textId="77777777" w:rsidR="00EE569C" w:rsidRDefault="00015841">
            <w:proofErr w:type="spellStart"/>
            <w:r>
              <w:rPr>
                <w:sz w:val="17"/>
              </w:rPr>
              <w:t>Katılım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oranı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memnuniyetin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izlenmesi</w:t>
            </w:r>
            <w:proofErr w:type="spellEnd"/>
          </w:p>
        </w:tc>
        <w:tc>
          <w:tcPr>
            <w:tcW w:w="1597" w:type="dxa"/>
            <w:vAlign w:val="center"/>
          </w:tcPr>
          <w:p w14:paraId="44C44398" w14:textId="1C734F50" w:rsidR="00EE569C" w:rsidRDefault="00015841">
            <w:proofErr w:type="spellStart"/>
            <w:r>
              <w:rPr>
                <w:sz w:val="17"/>
              </w:rPr>
              <w:t>İhtiyaca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göre</w:t>
            </w:r>
            <w:proofErr w:type="spellEnd"/>
            <w:r>
              <w:rPr>
                <w:sz w:val="17"/>
              </w:rPr>
              <w:t xml:space="preserve"> yeni </w:t>
            </w:r>
            <w:proofErr w:type="spellStart"/>
            <w:r>
              <w:rPr>
                <w:sz w:val="17"/>
              </w:rPr>
              <w:t>eğitim</w:t>
            </w:r>
            <w:r w:rsidR="00090CD7">
              <w:rPr>
                <w:sz w:val="17"/>
              </w:rPr>
              <w:t>lerin</w:t>
            </w:r>
            <w:proofErr w:type="spellEnd"/>
            <w:r w:rsidR="00090CD7"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eklenmesi</w:t>
            </w:r>
            <w:proofErr w:type="spellEnd"/>
          </w:p>
        </w:tc>
        <w:tc>
          <w:tcPr>
            <w:tcW w:w="1425" w:type="dxa"/>
            <w:vAlign w:val="center"/>
          </w:tcPr>
          <w:p w14:paraId="3861F031" w14:textId="77777777" w:rsidR="00EE569C" w:rsidRDefault="00015841">
            <w:proofErr w:type="spellStart"/>
            <w:r>
              <w:rPr>
                <w:sz w:val="17"/>
              </w:rPr>
              <w:t>Kariyer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geliştirme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algısında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artış</w:t>
            </w:r>
            <w:proofErr w:type="spellEnd"/>
          </w:p>
        </w:tc>
        <w:tc>
          <w:tcPr>
            <w:tcW w:w="1425" w:type="dxa"/>
            <w:vAlign w:val="center"/>
          </w:tcPr>
          <w:p w14:paraId="204856B4" w14:textId="4609E95E" w:rsidR="00EE569C" w:rsidRDefault="00015841">
            <w:r>
              <w:rPr>
                <w:sz w:val="17"/>
              </w:rPr>
              <w:t>1</w:t>
            </w:r>
            <w:r w:rsidR="00090CD7">
              <w:rPr>
                <w:sz w:val="17"/>
              </w:rPr>
              <w:t>2 ay</w:t>
            </w:r>
          </w:p>
        </w:tc>
      </w:tr>
      <w:tr w:rsidR="00D544FC" w14:paraId="6920C458" w14:textId="77777777" w:rsidTr="000F48EE">
        <w:trPr>
          <w:jc w:val="center"/>
        </w:trPr>
        <w:tc>
          <w:tcPr>
            <w:tcW w:w="1425" w:type="dxa"/>
            <w:vAlign w:val="center"/>
          </w:tcPr>
          <w:p w14:paraId="47F2E69A" w14:textId="77777777" w:rsidR="00EE569C" w:rsidRDefault="00015841">
            <w:r>
              <w:rPr>
                <w:sz w:val="17"/>
              </w:rPr>
              <w:t xml:space="preserve">Karar </w:t>
            </w:r>
            <w:proofErr w:type="spellStart"/>
            <w:r>
              <w:rPr>
                <w:sz w:val="17"/>
              </w:rPr>
              <w:t>süreçlerine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katılım</w:t>
            </w:r>
            <w:proofErr w:type="spellEnd"/>
          </w:p>
        </w:tc>
        <w:tc>
          <w:tcPr>
            <w:tcW w:w="1425" w:type="dxa"/>
            <w:vAlign w:val="center"/>
          </w:tcPr>
          <w:p w14:paraId="4C858633" w14:textId="77777777" w:rsidR="00EE569C" w:rsidRDefault="00015841">
            <w:proofErr w:type="spellStart"/>
            <w:r>
              <w:rPr>
                <w:sz w:val="17"/>
              </w:rPr>
              <w:lastRenderedPageBreak/>
              <w:t>Görüş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toplama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geri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bildirim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mekanizması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kurulması</w:t>
            </w:r>
            <w:proofErr w:type="spellEnd"/>
          </w:p>
        </w:tc>
        <w:tc>
          <w:tcPr>
            <w:tcW w:w="1425" w:type="dxa"/>
            <w:vAlign w:val="center"/>
          </w:tcPr>
          <w:p w14:paraId="397A2DB7" w14:textId="6DA79605" w:rsidR="00EE569C" w:rsidRDefault="00015841">
            <w:proofErr w:type="spellStart"/>
            <w:r>
              <w:rPr>
                <w:sz w:val="17"/>
              </w:rPr>
              <w:lastRenderedPageBreak/>
              <w:t>Periyodik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toplantılar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 w:rsidR="00D544FC">
              <w:rPr>
                <w:sz w:val="17"/>
              </w:rPr>
              <w:t>yapılması</w:t>
            </w:r>
            <w:proofErr w:type="spellEnd"/>
            <w:r w:rsidR="00D544FC"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öneri</w:t>
            </w:r>
            <w:r w:rsidR="00D544FC">
              <w:rPr>
                <w:sz w:val="17"/>
              </w:rPr>
              <w:t>lerin</w:t>
            </w:r>
            <w:proofErr w:type="spellEnd"/>
            <w:r w:rsidR="00D544FC">
              <w:rPr>
                <w:sz w:val="17"/>
              </w:rPr>
              <w:t xml:space="preserve"> </w:t>
            </w:r>
            <w:proofErr w:type="spellStart"/>
            <w:r w:rsidR="00D544FC">
              <w:rPr>
                <w:sz w:val="17"/>
              </w:rPr>
              <w:t>alınması</w:t>
            </w:r>
            <w:proofErr w:type="spellEnd"/>
            <w:r w:rsidR="00D544FC">
              <w:rPr>
                <w:sz w:val="17"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14:paraId="1F38A17F" w14:textId="77777777" w:rsidR="00EE569C" w:rsidRDefault="00015841">
            <w:proofErr w:type="spellStart"/>
            <w:r>
              <w:rPr>
                <w:sz w:val="17"/>
              </w:rPr>
              <w:lastRenderedPageBreak/>
              <w:t>Personel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görüşlerinin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karar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süreçlerine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yansımasının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izlenmesi</w:t>
            </w:r>
            <w:proofErr w:type="spellEnd"/>
          </w:p>
        </w:tc>
        <w:tc>
          <w:tcPr>
            <w:tcW w:w="1597" w:type="dxa"/>
            <w:vAlign w:val="center"/>
          </w:tcPr>
          <w:p w14:paraId="5A983AB6" w14:textId="77777777" w:rsidR="00EE569C" w:rsidRDefault="00015841">
            <w:proofErr w:type="spellStart"/>
            <w:r>
              <w:rPr>
                <w:sz w:val="17"/>
              </w:rPr>
              <w:lastRenderedPageBreak/>
              <w:t>Katılımcılığı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artıran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uygulamaların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standartlaştırılması</w:t>
            </w:r>
            <w:proofErr w:type="spellEnd"/>
          </w:p>
        </w:tc>
        <w:tc>
          <w:tcPr>
            <w:tcW w:w="1425" w:type="dxa"/>
            <w:vAlign w:val="center"/>
          </w:tcPr>
          <w:p w14:paraId="1D112D17" w14:textId="77777777" w:rsidR="00EE569C" w:rsidRDefault="00015841">
            <w:proofErr w:type="spellStart"/>
            <w:r>
              <w:rPr>
                <w:sz w:val="17"/>
              </w:rPr>
              <w:lastRenderedPageBreak/>
              <w:t>Katılım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algısında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lastRenderedPageBreak/>
              <w:t>artış</w:t>
            </w:r>
            <w:proofErr w:type="spellEnd"/>
          </w:p>
        </w:tc>
        <w:tc>
          <w:tcPr>
            <w:tcW w:w="1425" w:type="dxa"/>
            <w:vAlign w:val="center"/>
          </w:tcPr>
          <w:p w14:paraId="36FB7E15" w14:textId="234CC21B" w:rsidR="00EE569C" w:rsidRDefault="00CD5EF0">
            <w:r>
              <w:rPr>
                <w:sz w:val="17"/>
              </w:rPr>
              <w:lastRenderedPageBreak/>
              <w:t>12 ay</w:t>
            </w:r>
          </w:p>
        </w:tc>
      </w:tr>
      <w:tr w:rsidR="00D544FC" w14:paraId="61D127D1" w14:textId="77777777" w:rsidTr="000F48EE">
        <w:trPr>
          <w:jc w:val="center"/>
        </w:trPr>
        <w:tc>
          <w:tcPr>
            <w:tcW w:w="1425" w:type="dxa"/>
            <w:vAlign w:val="center"/>
          </w:tcPr>
          <w:p w14:paraId="29194035" w14:textId="77777777" w:rsidR="00EE569C" w:rsidRDefault="00015841">
            <w:proofErr w:type="spellStart"/>
            <w:r>
              <w:rPr>
                <w:sz w:val="17"/>
              </w:rPr>
              <w:t>Yeteneklerin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uygun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kullanımı</w:t>
            </w:r>
            <w:proofErr w:type="spellEnd"/>
          </w:p>
        </w:tc>
        <w:tc>
          <w:tcPr>
            <w:tcW w:w="1425" w:type="dxa"/>
            <w:vAlign w:val="center"/>
          </w:tcPr>
          <w:p w14:paraId="48C0FBBB" w14:textId="77777777" w:rsidR="00EE569C" w:rsidRDefault="00015841">
            <w:r>
              <w:rPr>
                <w:sz w:val="17"/>
              </w:rPr>
              <w:t>Görev-</w:t>
            </w:r>
            <w:proofErr w:type="spellStart"/>
            <w:r>
              <w:rPr>
                <w:sz w:val="17"/>
              </w:rPr>
              <w:t>yetkinlik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envanteri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hazırlanması</w:t>
            </w:r>
            <w:proofErr w:type="spellEnd"/>
          </w:p>
        </w:tc>
        <w:tc>
          <w:tcPr>
            <w:tcW w:w="1425" w:type="dxa"/>
            <w:vAlign w:val="center"/>
          </w:tcPr>
          <w:p w14:paraId="2E8623E7" w14:textId="77777777" w:rsidR="00EE569C" w:rsidRDefault="00015841">
            <w:proofErr w:type="spellStart"/>
            <w:r>
              <w:rPr>
                <w:sz w:val="17"/>
              </w:rPr>
              <w:t>Personelin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becerilerine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uygun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iş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dağılımı</w:t>
            </w:r>
            <w:proofErr w:type="spellEnd"/>
            <w:r>
              <w:rPr>
                <w:sz w:val="17"/>
              </w:rPr>
              <w:t xml:space="preserve"> pilot </w:t>
            </w:r>
            <w:proofErr w:type="spellStart"/>
            <w:r>
              <w:rPr>
                <w:sz w:val="17"/>
              </w:rPr>
              <w:t>uygulaması</w:t>
            </w:r>
            <w:proofErr w:type="spellEnd"/>
          </w:p>
        </w:tc>
        <w:tc>
          <w:tcPr>
            <w:tcW w:w="1425" w:type="dxa"/>
            <w:vAlign w:val="center"/>
          </w:tcPr>
          <w:p w14:paraId="6B1C2F21" w14:textId="77777777" w:rsidR="00EE569C" w:rsidRDefault="00015841">
            <w:proofErr w:type="spellStart"/>
            <w:r>
              <w:rPr>
                <w:sz w:val="17"/>
              </w:rPr>
              <w:t>İş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doyumu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yönetsel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gözlemle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etkinliğin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değerlendirilmesi</w:t>
            </w:r>
            <w:proofErr w:type="spellEnd"/>
          </w:p>
        </w:tc>
        <w:tc>
          <w:tcPr>
            <w:tcW w:w="1597" w:type="dxa"/>
            <w:vAlign w:val="center"/>
          </w:tcPr>
          <w:p w14:paraId="3348F981" w14:textId="77777777" w:rsidR="00EE569C" w:rsidRDefault="00015841">
            <w:proofErr w:type="spellStart"/>
            <w:r>
              <w:rPr>
                <w:sz w:val="17"/>
              </w:rPr>
              <w:t>Başarılı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eşleştirmelerin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yaygınlaştırılması</w:t>
            </w:r>
            <w:proofErr w:type="spellEnd"/>
          </w:p>
        </w:tc>
        <w:tc>
          <w:tcPr>
            <w:tcW w:w="1425" w:type="dxa"/>
            <w:vAlign w:val="center"/>
          </w:tcPr>
          <w:p w14:paraId="11988EBA" w14:textId="77777777" w:rsidR="00EE569C" w:rsidRDefault="00015841">
            <w:proofErr w:type="spellStart"/>
            <w:r>
              <w:rPr>
                <w:sz w:val="17"/>
              </w:rPr>
              <w:t>İş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doyumu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verimlilikte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artış</w:t>
            </w:r>
            <w:proofErr w:type="spellEnd"/>
          </w:p>
        </w:tc>
        <w:tc>
          <w:tcPr>
            <w:tcW w:w="1425" w:type="dxa"/>
            <w:vAlign w:val="center"/>
          </w:tcPr>
          <w:p w14:paraId="24A82647" w14:textId="0DEE4CB8" w:rsidR="00EE569C" w:rsidRDefault="00CD5EF0">
            <w:r>
              <w:rPr>
                <w:sz w:val="17"/>
              </w:rPr>
              <w:t>12 ay</w:t>
            </w:r>
          </w:p>
        </w:tc>
      </w:tr>
    </w:tbl>
    <w:p w14:paraId="2FF15558" w14:textId="77777777" w:rsidR="000F48EE" w:rsidRDefault="000F48EE" w:rsidP="000F48EE">
      <w:pPr>
        <w:pStyle w:val="Heading1Custom"/>
        <w:rPr>
          <w:rFonts w:asciiTheme="majorHAnsi" w:hAnsiTheme="majorHAnsi" w:cstheme="majorHAnsi"/>
        </w:rPr>
      </w:pPr>
    </w:p>
    <w:p w14:paraId="5863D155" w14:textId="21465AFF" w:rsidR="000F48EE" w:rsidRPr="00880FC3" w:rsidRDefault="000F48EE" w:rsidP="000F48EE">
      <w:pPr>
        <w:pStyle w:val="Heading1Custom"/>
        <w:rPr>
          <w:rFonts w:asciiTheme="majorHAnsi" w:hAnsiTheme="majorHAnsi" w:cstheme="majorHAnsi"/>
        </w:rPr>
      </w:pPr>
      <w:r w:rsidRPr="00880FC3">
        <w:rPr>
          <w:rFonts w:asciiTheme="majorHAnsi" w:hAnsiTheme="majorHAnsi" w:cstheme="majorHAnsi"/>
        </w:rPr>
        <w:t>11. SONUÇ VE GENEL DEĞERLEND</w:t>
      </w:r>
      <w:r w:rsidR="00892D1F">
        <w:rPr>
          <w:rFonts w:asciiTheme="majorHAnsi" w:hAnsiTheme="majorHAnsi" w:cstheme="majorHAnsi"/>
        </w:rPr>
        <w:t>İ</w:t>
      </w:r>
      <w:r w:rsidRPr="00880FC3">
        <w:rPr>
          <w:rFonts w:asciiTheme="majorHAnsi" w:hAnsiTheme="majorHAnsi" w:cstheme="majorHAnsi"/>
        </w:rPr>
        <w:t>RME</w:t>
      </w:r>
    </w:p>
    <w:p w14:paraId="086284D8" w14:textId="77777777" w:rsidR="00EE569C" w:rsidRDefault="00015841">
      <w:pPr>
        <w:jc w:val="both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anketi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değerlendirildiğinde</w:t>
      </w:r>
      <w:proofErr w:type="spellEnd"/>
      <w:r>
        <w:t xml:space="preserve">, Fatih Eğitim Fakültesi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personelinin</w:t>
      </w:r>
      <w:proofErr w:type="spellEnd"/>
      <w:r>
        <w:t xml:space="preserve"> </w:t>
      </w:r>
      <w:proofErr w:type="spellStart"/>
      <w:r>
        <w:t>memnuniyet</w:t>
      </w:r>
      <w:proofErr w:type="spellEnd"/>
      <w:r>
        <w:t xml:space="preserve"> </w:t>
      </w:r>
      <w:proofErr w:type="spellStart"/>
      <w:r>
        <w:t>düzeyinin</w:t>
      </w:r>
      <w:proofErr w:type="spellEnd"/>
      <w:r>
        <w:t xml:space="preserve"> 3.64 </w:t>
      </w:r>
      <w:proofErr w:type="spellStart"/>
      <w:r>
        <w:t>ortalama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t>olanakları</w:t>
      </w:r>
      <w:proofErr w:type="spellEnd"/>
      <w:r>
        <w:t xml:space="preserve">, </w:t>
      </w:r>
      <w:proofErr w:type="spellStart"/>
      <w:r>
        <w:t>yönetsel</w:t>
      </w:r>
      <w:proofErr w:type="spellEnd"/>
      <w:r>
        <w:t xml:space="preserve"> </w:t>
      </w:r>
      <w:proofErr w:type="spellStart"/>
      <w:r>
        <w:t>iletişim</w:t>
      </w:r>
      <w:proofErr w:type="spellEnd"/>
      <w:r>
        <w:t xml:space="preserve">, </w:t>
      </w:r>
      <w:proofErr w:type="spellStart"/>
      <w:r>
        <w:t>aidiyet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görevlerin</w:t>
      </w:r>
      <w:proofErr w:type="spellEnd"/>
      <w:r>
        <w:t xml:space="preserve"> </w:t>
      </w:r>
      <w:proofErr w:type="spellStart"/>
      <w:r>
        <w:t>açıklığı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alanlar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kurumsal</w:t>
      </w:r>
      <w:proofErr w:type="spellEnd"/>
      <w:r>
        <w:t xml:space="preserve"> </w:t>
      </w:r>
      <w:proofErr w:type="spellStart"/>
      <w:r>
        <w:t>iklime</w:t>
      </w:r>
      <w:proofErr w:type="spellEnd"/>
      <w:r>
        <w:t xml:space="preserve"> </w:t>
      </w:r>
      <w:proofErr w:type="spellStart"/>
      <w:r>
        <w:t>işaret</w:t>
      </w:r>
      <w:proofErr w:type="spellEnd"/>
      <w:r>
        <w:t xml:space="preserve"> </w:t>
      </w:r>
      <w:proofErr w:type="spellStart"/>
      <w:r>
        <w:t>etmektedir</w:t>
      </w:r>
      <w:proofErr w:type="spellEnd"/>
      <w:r>
        <w:t>.</w:t>
      </w:r>
    </w:p>
    <w:p w14:paraId="468F1993" w14:textId="77777777" w:rsidR="00EE569C" w:rsidRDefault="00015841">
      <w:pPr>
        <w:jc w:val="both"/>
      </w:pPr>
      <w:proofErr w:type="spellStart"/>
      <w:r>
        <w:t>Bununla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etkinliklerin</w:t>
      </w:r>
      <w:proofErr w:type="spellEnd"/>
      <w:r>
        <w:t xml:space="preserve"> </w:t>
      </w:r>
      <w:proofErr w:type="spellStart"/>
      <w:r>
        <w:t>sınırlılığı</w:t>
      </w:r>
      <w:proofErr w:type="spellEnd"/>
      <w:r>
        <w:t xml:space="preserve">, </w:t>
      </w:r>
      <w:proofErr w:type="spellStart"/>
      <w:r>
        <w:t>kariyer</w:t>
      </w:r>
      <w:proofErr w:type="spellEnd"/>
      <w:r>
        <w:t xml:space="preserve"> </w:t>
      </w:r>
      <w:proofErr w:type="spellStart"/>
      <w:r>
        <w:t>geliştirme</w:t>
      </w:r>
      <w:proofErr w:type="spellEnd"/>
      <w:r>
        <w:t xml:space="preserve"> </w:t>
      </w:r>
      <w:proofErr w:type="spellStart"/>
      <w:r>
        <w:t>fırsatlarının</w:t>
      </w:r>
      <w:proofErr w:type="spellEnd"/>
      <w:r>
        <w:t xml:space="preserve"> </w:t>
      </w:r>
      <w:proofErr w:type="spellStart"/>
      <w:r>
        <w:t>görece</w:t>
      </w:r>
      <w:proofErr w:type="spellEnd"/>
      <w:r>
        <w:t xml:space="preserve"> </w:t>
      </w:r>
      <w:proofErr w:type="spellStart"/>
      <w:r>
        <w:t>zayıf</w:t>
      </w:r>
      <w:proofErr w:type="spellEnd"/>
      <w:r>
        <w:t xml:space="preserve"> </w:t>
      </w:r>
      <w:proofErr w:type="spellStart"/>
      <w:r>
        <w:t>algılanması</w:t>
      </w:r>
      <w:proofErr w:type="spellEnd"/>
      <w:r>
        <w:t xml:space="preserve">,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süreçlerine</w:t>
      </w:r>
      <w:proofErr w:type="spellEnd"/>
      <w:r>
        <w:t xml:space="preserve">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yetkinliklerin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alanlarda</w:t>
      </w:r>
      <w:proofErr w:type="spellEnd"/>
      <w:r>
        <w:t xml:space="preserve"> </w:t>
      </w:r>
      <w:proofErr w:type="spellStart"/>
      <w:r>
        <w:t>kullanılmasına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değerlendirmeler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ihtiyacını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koymaktadır</w:t>
      </w:r>
      <w:proofErr w:type="spellEnd"/>
      <w:r>
        <w:t xml:space="preserve">. Açık </w:t>
      </w:r>
      <w:proofErr w:type="spellStart"/>
      <w:r>
        <w:t>uçlu</w:t>
      </w:r>
      <w:proofErr w:type="spellEnd"/>
      <w:r>
        <w:t xml:space="preserve"> </w:t>
      </w:r>
      <w:proofErr w:type="spellStart"/>
      <w:r>
        <w:t>görüşler</w:t>
      </w:r>
      <w:proofErr w:type="spellEnd"/>
      <w:r>
        <w:t xml:space="preserve"> de </w:t>
      </w:r>
      <w:proofErr w:type="spellStart"/>
      <w:r>
        <w:t>adalet</w:t>
      </w:r>
      <w:proofErr w:type="spellEnd"/>
      <w:r>
        <w:t xml:space="preserve">, </w:t>
      </w:r>
      <w:proofErr w:type="spellStart"/>
      <w:r>
        <w:t>liyakat</w:t>
      </w:r>
      <w:proofErr w:type="spellEnd"/>
      <w:r>
        <w:t xml:space="preserve">, </w:t>
      </w:r>
      <w:proofErr w:type="spellStart"/>
      <w:r>
        <w:t>takdir</w:t>
      </w:r>
      <w:proofErr w:type="spellEnd"/>
      <w:r>
        <w:t xml:space="preserve"> </w:t>
      </w:r>
      <w:proofErr w:type="spellStart"/>
      <w:r>
        <w:t>edilme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etkileşim</w:t>
      </w:r>
      <w:proofErr w:type="spellEnd"/>
      <w:r>
        <w:t xml:space="preserve"> </w:t>
      </w:r>
      <w:proofErr w:type="spellStart"/>
      <w:r>
        <w:t>gereksinimlerini</w:t>
      </w:r>
      <w:proofErr w:type="spellEnd"/>
      <w:r>
        <w:t xml:space="preserve"> </w:t>
      </w:r>
      <w:proofErr w:type="spellStart"/>
      <w:r>
        <w:t>öne</w:t>
      </w:r>
      <w:proofErr w:type="spellEnd"/>
      <w:r>
        <w:t xml:space="preserve"> </w:t>
      </w:r>
      <w:proofErr w:type="spellStart"/>
      <w:r>
        <w:t>çıkararak</w:t>
      </w:r>
      <w:proofErr w:type="spellEnd"/>
      <w:r>
        <w:t xml:space="preserve"> </w:t>
      </w:r>
      <w:proofErr w:type="spellStart"/>
      <w:r>
        <w:t>nicel</w:t>
      </w:r>
      <w:proofErr w:type="spellEnd"/>
      <w:r>
        <w:t xml:space="preserve"> </w:t>
      </w:r>
      <w:proofErr w:type="spellStart"/>
      <w:r>
        <w:t>bulguları</w:t>
      </w:r>
      <w:proofErr w:type="spellEnd"/>
      <w:r>
        <w:t xml:space="preserve"> </w:t>
      </w:r>
      <w:proofErr w:type="spellStart"/>
      <w:r>
        <w:t>desteklemektedir</w:t>
      </w:r>
      <w:proofErr w:type="spellEnd"/>
      <w:r>
        <w:t>.</w:t>
      </w:r>
    </w:p>
    <w:p w14:paraId="7AD504B3" w14:textId="77777777" w:rsidR="00EE569C" w:rsidRDefault="00015841">
      <w:pPr>
        <w:jc w:val="both"/>
      </w:pPr>
      <w:r>
        <w:t xml:space="preserve">Bu </w:t>
      </w:r>
      <w:proofErr w:type="spellStart"/>
      <w:r>
        <w:t>çerçevede</w:t>
      </w:r>
      <w:proofErr w:type="spellEnd"/>
      <w:r>
        <w:t xml:space="preserve"> </w:t>
      </w:r>
      <w:proofErr w:type="spellStart"/>
      <w:r>
        <w:t>raporun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; </w:t>
      </w:r>
      <w:proofErr w:type="spellStart"/>
      <w:r>
        <w:t>mevcut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yönlerin</w:t>
      </w:r>
      <w:proofErr w:type="spellEnd"/>
      <w:r>
        <w:t xml:space="preserve"> </w:t>
      </w:r>
      <w:proofErr w:type="spellStart"/>
      <w:r>
        <w:t>korunması</w:t>
      </w:r>
      <w:proofErr w:type="spellEnd"/>
      <w:r>
        <w:t xml:space="preserve">, </w:t>
      </w:r>
      <w:proofErr w:type="spellStart"/>
      <w:r>
        <w:t>orta</w:t>
      </w:r>
      <w:proofErr w:type="spellEnd"/>
      <w:r>
        <w:t xml:space="preserve"> </w:t>
      </w:r>
      <w:proofErr w:type="spellStart"/>
      <w:r>
        <w:t>düzeyde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alanlara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planlı</w:t>
      </w:r>
      <w:proofErr w:type="spellEnd"/>
      <w:r>
        <w:t xml:space="preserve">, </w:t>
      </w:r>
      <w:proofErr w:type="spellStart"/>
      <w:r>
        <w:t>izlenebilir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katılımcı</w:t>
      </w:r>
      <w:proofErr w:type="spellEnd"/>
      <w:r>
        <w:t xml:space="preserve"> </w:t>
      </w:r>
      <w:proofErr w:type="spellStart"/>
      <w:r>
        <w:t>iyileştirme</w:t>
      </w:r>
      <w:proofErr w:type="spellEnd"/>
      <w:r>
        <w:t xml:space="preserve"> </w:t>
      </w:r>
      <w:proofErr w:type="spellStart"/>
      <w:r>
        <w:t>uygulamalarının</w:t>
      </w:r>
      <w:proofErr w:type="spellEnd"/>
      <w:r>
        <w:t xml:space="preserve"> </w:t>
      </w:r>
      <w:proofErr w:type="spellStart"/>
      <w:r>
        <w:t>başlatılması</w:t>
      </w:r>
      <w:proofErr w:type="spellEnd"/>
      <w:r>
        <w:t xml:space="preserve"> </w:t>
      </w:r>
      <w:proofErr w:type="spellStart"/>
      <w:r>
        <w:t>gerektiğidir</w:t>
      </w:r>
      <w:proofErr w:type="spellEnd"/>
      <w:r>
        <w:t xml:space="preserve">. 2025 </w:t>
      </w:r>
      <w:proofErr w:type="spellStart"/>
      <w:r>
        <w:t>verileri</w:t>
      </w:r>
      <w:proofErr w:type="spellEnd"/>
      <w:r>
        <w:t xml:space="preserve">, </w:t>
      </w:r>
      <w:proofErr w:type="spellStart"/>
      <w:r>
        <w:t>izleyen</w:t>
      </w:r>
      <w:proofErr w:type="spellEnd"/>
      <w:r>
        <w:t xml:space="preserve"> </w:t>
      </w:r>
      <w:proofErr w:type="spellStart"/>
      <w:r>
        <w:t>yıllarda</w:t>
      </w:r>
      <w:proofErr w:type="spellEnd"/>
      <w:r>
        <w:t xml:space="preserve"> </w:t>
      </w:r>
      <w:proofErr w:type="spellStart"/>
      <w:r>
        <w:t>yapılacak</w:t>
      </w:r>
      <w:proofErr w:type="spellEnd"/>
      <w:r>
        <w:t xml:space="preserve"> </w:t>
      </w:r>
      <w:proofErr w:type="spellStart"/>
      <w:r>
        <w:t>karşılaştırmalı</w:t>
      </w:r>
      <w:proofErr w:type="spellEnd"/>
      <w:r>
        <w:t xml:space="preserve"> </w:t>
      </w:r>
      <w:proofErr w:type="spellStart"/>
      <w:r>
        <w:t>değerlendirmeler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performans</w:t>
      </w:r>
      <w:proofErr w:type="spellEnd"/>
      <w:r>
        <w:t xml:space="preserve"> </w:t>
      </w:r>
      <w:proofErr w:type="spellStart"/>
      <w:r>
        <w:t>çizgisi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kullanılmalıdır</w:t>
      </w:r>
      <w:proofErr w:type="spellEnd"/>
      <w:r>
        <w:t>.</w:t>
      </w:r>
    </w:p>
    <w:p w14:paraId="5922413C" w14:textId="77777777" w:rsidR="00EE569C" w:rsidRDefault="00015841">
      <w:r>
        <w:br w:type="page"/>
      </w:r>
    </w:p>
    <w:p w14:paraId="122D7E88" w14:textId="77777777" w:rsidR="00EE569C" w:rsidRDefault="00015841">
      <w:pPr>
        <w:pStyle w:val="Balk1"/>
      </w:pPr>
      <w:r>
        <w:lastRenderedPageBreak/>
        <w:t xml:space="preserve">EK 1. Madde </w:t>
      </w:r>
      <w:proofErr w:type="spellStart"/>
      <w:r>
        <w:t>bazında</w:t>
      </w:r>
      <w:proofErr w:type="spellEnd"/>
      <w:r>
        <w:t xml:space="preserve"> </w:t>
      </w:r>
      <w:proofErr w:type="spellStart"/>
      <w:r>
        <w:t>ortalama</w:t>
      </w:r>
      <w:proofErr w:type="spellEnd"/>
      <w:r>
        <w:t xml:space="preserve"> </w:t>
      </w:r>
      <w:proofErr w:type="spellStart"/>
      <w:r>
        <w:t>puanlar</w:t>
      </w:r>
      <w:proofErr w:type="spell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4394"/>
        <w:gridCol w:w="1418"/>
        <w:gridCol w:w="1314"/>
        <w:gridCol w:w="1994"/>
      </w:tblGrid>
      <w:tr w:rsidR="00EE569C" w14:paraId="57B640C1" w14:textId="77777777" w:rsidTr="00AB2F53">
        <w:trPr>
          <w:tblHeader/>
          <w:jc w:val="center"/>
        </w:trPr>
        <w:tc>
          <w:tcPr>
            <w:tcW w:w="850" w:type="dxa"/>
            <w:shd w:val="clear" w:color="auto" w:fill="D9EAF7"/>
            <w:vAlign w:val="center"/>
          </w:tcPr>
          <w:p w14:paraId="765BD1D0" w14:textId="77777777" w:rsidR="00EE569C" w:rsidRDefault="00015841">
            <w:pPr>
              <w:jc w:val="center"/>
            </w:pPr>
            <w:r>
              <w:rPr>
                <w:b/>
              </w:rPr>
              <w:t>No</w:t>
            </w:r>
          </w:p>
        </w:tc>
        <w:tc>
          <w:tcPr>
            <w:tcW w:w="4394" w:type="dxa"/>
            <w:shd w:val="clear" w:color="auto" w:fill="D9EAF7"/>
            <w:vAlign w:val="center"/>
          </w:tcPr>
          <w:p w14:paraId="3B8D116C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İfade</w:t>
            </w:r>
            <w:proofErr w:type="spellEnd"/>
          </w:p>
        </w:tc>
        <w:tc>
          <w:tcPr>
            <w:tcW w:w="1418" w:type="dxa"/>
            <w:shd w:val="clear" w:color="auto" w:fill="D9EAF7"/>
            <w:vAlign w:val="center"/>
          </w:tcPr>
          <w:p w14:paraId="2DE235A0" w14:textId="77777777" w:rsidR="00EE569C" w:rsidRDefault="00015841">
            <w:pPr>
              <w:jc w:val="center"/>
            </w:pPr>
            <w:r>
              <w:rPr>
                <w:b/>
              </w:rPr>
              <w:t>Ort.</w:t>
            </w:r>
          </w:p>
        </w:tc>
        <w:tc>
          <w:tcPr>
            <w:tcW w:w="1314" w:type="dxa"/>
            <w:shd w:val="clear" w:color="auto" w:fill="D9EAF7"/>
            <w:vAlign w:val="center"/>
          </w:tcPr>
          <w:p w14:paraId="5A300959" w14:textId="77777777" w:rsidR="00EE569C" w:rsidRDefault="00015841">
            <w:pPr>
              <w:jc w:val="center"/>
            </w:pPr>
            <w:r>
              <w:rPr>
                <w:b/>
              </w:rPr>
              <w:t>SS</w:t>
            </w:r>
          </w:p>
        </w:tc>
        <w:tc>
          <w:tcPr>
            <w:tcW w:w="1994" w:type="dxa"/>
            <w:shd w:val="clear" w:color="auto" w:fill="D9EAF7"/>
            <w:vAlign w:val="center"/>
          </w:tcPr>
          <w:p w14:paraId="7FE38D72" w14:textId="77777777" w:rsidR="00EE569C" w:rsidRDefault="00015841">
            <w:pPr>
              <w:jc w:val="center"/>
            </w:pPr>
            <w:proofErr w:type="spellStart"/>
            <w:r>
              <w:rPr>
                <w:b/>
              </w:rPr>
              <w:t>Değerlendirme</w:t>
            </w:r>
            <w:proofErr w:type="spellEnd"/>
          </w:p>
        </w:tc>
      </w:tr>
      <w:tr w:rsidR="00EE569C" w14:paraId="3B64BEEA" w14:textId="77777777" w:rsidTr="00AB2F53">
        <w:trPr>
          <w:jc w:val="center"/>
        </w:trPr>
        <w:tc>
          <w:tcPr>
            <w:tcW w:w="850" w:type="dxa"/>
            <w:vAlign w:val="center"/>
          </w:tcPr>
          <w:p w14:paraId="05DF0D26" w14:textId="77777777" w:rsidR="00EE569C" w:rsidRDefault="00015841">
            <w:pPr>
              <w:jc w:val="center"/>
            </w:pPr>
            <w:r>
              <w:rPr>
                <w:sz w:val="18"/>
              </w:rPr>
              <w:t>1</w:t>
            </w:r>
          </w:p>
        </w:tc>
        <w:tc>
          <w:tcPr>
            <w:tcW w:w="4394" w:type="dxa"/>
            <w:vAlign w:val="center"/>
          </w:tcPr>
          <w:p w14:paraId="590826E5" w14:textId="77777777" w:rsidR="00EE569C" w:rsidRDefault="00015841">
            <w:proofErr w:type="spellStart"/>
            <w:r>
              <w:rPr>
                <w:sz w:val="18"/>
              </w:rPr>
              <w:t>Görevimle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ilişkili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mesleki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eğitimlere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katılma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fırsatı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28C912F5" w14:textId="77777777" w:rsidR="00EE569C" w:rsidRDefault="00015841">
            <w:pPr>
              <w:jc w:val="center"/>
            </w:pPr>
            <w:r>
              <w:rPr>
                <w:sz w:val="18"/>
              </w:rPr>
              <w:t>4.12</w:t>
            </w:r>
          </w:p>
        </w:tc>
        <w:tc>
          <w:tcPr>
            <w:tcW w:w="1314" w:type="dxa"/>
            <w:vAlign w:val="center"/>
          </w:tcPr>
          <w:p w14:paraId="44E90CD5" w14:textId="77777777" w:rsidR="00EE569C" w:rsidRDefault="00015841">
            <w:pPr>
              <w:jc w:val="center"/>
            </w:pPr>
            <w:r>
              <w:rPr>
                <w:sz w:val="18"/>
              </w:rPr>
              <w:t>0.99</w:t>
            </w:r>
          </w:p>
        </w:tc>
        <w:tc>
          <w:tcPr>
            <w:tcW w:w="1994" w:type="dxa"/>
            <w:vAlign w:val="center"/>
          </w:tcPr>
          <w:p w14:paraId="3B9E1A53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24870A27" w14:textId="77777777" w:rsidTr="00AB2F53">
        <w:trPr>
          <w:jc w:val="center"/>
        </w:trPr>
        <w:tc>
          <w:tcPr>
            <w:tcW w:w="850" w:type="dxa"/>
            <w:vAlign w:val="center"/>
          </w:tcPr>
          <w:p w14:paraId="22FCEBE7" w14:textId="77777777" w:rsidR="00EE569C" w:rsidRDefault="00015841">
            <w:pPr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4394" w:type="dxa"/>
            <w:vAlign w:val="center"/>
          </w:tcPr>
          <w:p w14:paraId="5BF2CF0A" w14:textId="77777777" w:rsidR="00EE569C" w:rsidRDefault="00015841">
            <w:proofErr w:type="spellStart"/>
            <w:r>
              <w:rPr>
                <w:sz w:val="18"/>
              </w:rPr>
              <w:t>Kişisel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gelişimime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yönelik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eğitimlere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katılma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fırsatı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0CFD8F79" w14:textId="77777777" w:rsidR="00EE569C" w:rsidRDefault="00015841">
            <w:pPr>
              <w:jc w:val="center"/>
            </w:pPr>
            <w:r>
              <w:rPr>
                <w:sz w:val="18"/>
              </w:rPr>
              <w:t>3.94</w:t>
            </w:r>
          </w:p>
        </w:tc>
        <w:tc>
          <w:tcPr>
            <w:tcW w:w="1314" w:type="dxa"/>
            <w:vAlign w:val="center"/>
          </w:tcPr>
          <w:p w14:paraId="7675CA74" w14:textId="77777777" w:rsidR="00EE569C" w:rsidRDefault="00015841">
            <w:pPr>
              <w:jc w:val="center"/>
            </w:pPr>
            <w:r>
              <w:rPr>
                <w:sz w:val="18"/>
              </w:rPr>
              <w:t>1.03</w:t>
            </w:r>
          </w:p>
        </w:tc>
        <w:tc>
          <w:tcPr>
            <w:tcW w:w="1994" w:type="dxa"/>
            <w:vAlign w:val="center"/>
          </w:tcPr>
          <w:p w14:paraId="1FE4B882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7EFFC721" w14:textId="77777777" w:rsidTr="00AB2F53">
        <w:trPr>
          <w:jc w:val="center"/>
        </w:trPr>
        <w:tc>
          <w:tcPr>
            <w:tcW w:w="850" w:type="dxa"/>
            <w:vAlign w:val="center"/>
          </w:tcPr>
          <w:p w14:paraId="6B9D331C" w14:textId="77777777" w:rsidR="00EE569C" w:rsidRDefault="00015841">
            <w:pPr>
              <w:jc w:val="center"/>
            </w:pPr>
            <w:r>
              <w:rPr>
                <w:sz w:val="18"/>
              </w:rPr>
              <w:t>3</w:t>
            </w:r>
          </w:p>
        </w:tc>
        <w:tc>
          <w:tcPr>
            <w:tcW w:w="4394" w:type="dxa"/>
            <w:vAlign w:val="center"/>
          </w:tcPr>
          <w:p w14:paraId="08BEBB2D" w14:textId="77777777" w:rsidR="00EE569C" w:rsidRDefault="00015841">
            <w:proofErr w:type="spellStart"/>
            <w:r>
              <w:rPr>
                <w:sz w:val="18"/>
              </w:rPr>
              <w:t>Kariyerimi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geliştirme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konusunda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fırsat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181F6685" w14:textId="77777777" w:rsidR="00EE569C" w:rsidRDefault="00015841">
            <w:pPr>
              <w:jc w:val="center"/>
            </w:pPr>
            <w:r>
              <w:rPr>
                <w:sz w:val="18"/>
              </w:rPr>
              <w:t>3.06</w:t>
            </w:r>
          </w:p>
        </w:tc>
        <w:tc>
          <w:tcPr>
            <w:tcW w:w="1314" w:type="dxa"/>
            <w:vAlign w:val="center"/>
          </w:tcPr>
          <w:p w14:paraId="07ACC680" w14:textId="77777777" w:rsidR="00EE569C" w:rsidRDefault="00015841">
            <w:pPr>
              <w:jc w:val="center"/>
            </w:pPr>
            <w:r>
              <w:rPr>
                <w:sz w:val="18"/>
              </w:rPr>
              <w:t>1.34</w:t>
            </w:r>
          </w:p>
        </w:tc>
        <w:tc>
          <w:tcPr>
            <w:tcW w:w="1994" w:type="dxa"/>
            <w:vAlign w:val="center"/>
          </w:tcPr>
          <w:p w14:paraId="0A47C93C" w14:textId="77777777" w:rsidR="00EE569C" w:rsidRDefault="00015841">
            <w:pPr>
              <w:jc w:val="center"/>
            </w:pPr>
            <w:r>
              <w:rPr>
                <w:sz w:val="18"/>
              </w:rPr>
              <w:t>Orta</w:t>
            </w:r>
          </w:p>
        </w:tc>
      </w:tr>
      <w:tr w:rsidR="00EE569C" w14:paraId="05207ABF" w14:textId="77777777" w:rsidTr="00AB2F53">
        <w:trPr>
          <w:jc w:val="center"/>
        </w:trPr>
        <w:tc>
          <w:tcPr>
            <w:tcW w:w="850" w:type="dxa"/>
            <w:vAlign w:val="center"/>
          </w:tcPr>
          <w:p w14:paraId="35873001" w14:textId="77777777" w:rsidR="00EE569C" w:rsidRDefault="00015841">
            <w:pPr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4394" w:type="dxa"/>
            <w:vAlign w:val="center"/>
          </w:tcPr>
          <w:p w14:paraId="1E496950" w14:textId="77777777" w:rsidR="00EE569C" w:rsidRDefault="00015841">
            <w:proofErr w:type="spellStart"/>
            <w:r>
              <w:rPr>
                <w:sz w:val="18"/>
              </w:rPr>
              <w:t>İdari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arasındaki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iletişimden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memnunum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0159D877" w14:textId="77777777" w:rsidR="00EE569C" w:rsidRDefault="00015841">
            <w:pPr>
              <w:jc w:val="center"/>
            </w:pPr>
            <w:r>
              <w:rPr>
                <w:sz w:val="18"/>
              </w:rPr>
              <w:t>3.47</w:t>
            </w:r>
          </w:p>
        </w:tc>
        <w:tc>
          <w:tcPr>
            <w:tcW w:w="1314" w:type="dxa"/>
            <w:vAlign w:val="center"/>
          </w:tcPr>
          <w:p w14:paraId="6ED1FBC2" w14:textId="77777777" w:rsidR="00EE569C" w:rsidRDefault="00015841">
            <w:pPr>
              <w:jc w:val="center"/>
            </w:pPr>
            <w:r>
              <w:rPr>
                <w:sz w:val="18"/>
              </w:rPr>
              <w:t>1.07</w:t>
            </w:r>
          </w:p>
        </w:tc>
        <w:tc>
          <w:tcPr>
            <w:tcW w:w="1994" w:type="dxa"/>
            <w:vAlign w:val="center"/>
          </w:tcPr>
          <w:p w14:paraId="08B439F7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3D2E2755" w14:textId="77777777" w:rsidTr="00AB2F53">
        <w:trPr>
          <w:jc w:val="center"/>
        </w:trPr>
        <w:tc>
          <w:tcPr>
            <w:tcW w:w="850" w:type="dxa"/>
            <w:vAlign w:val="center"/>
          </w:tcPr>
          <w:p w14:paraId="4A11A5D6" w14:textId="77777777" w:rsidR="00EE569C" w:rsidRDefault="00015841">
            <w:pPr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4394" w:type="dxa"/>
            <w:vAlign w:val="center"/>
          </w:tcPr>
          <w:p w14:paraId="2213E247" w14:textId="77777777" w:rsidR="00EE569C" w:rsidRDefault="00015841">
            <w:proofErr w:type="spellStart"/>
            <w:r>
              <w:rPr>
                <w:sz w:val="18"/>
              </w:rPr>
              <w:t>Yöneticilere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kolaylıkla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ulaşabilmekteyim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6FDC87F8" w14:textId="77777777" w:rsidR="00EE569C" w:rsidRDefault="00015841">
            <w:pPr>
              <w:jc w:val="center"/>
            </w:pPr>
            <w:r>
              <w:rPr>
                <w:sz w:val="18"/>
              </w:rPr>
              <w:t>3.88</w:t>
            </w:r>
          </w:p>
        </w:tc>
        <w:tc>
          <w:tcPr>
            <w:tcW w:w="1314" w:type="dxa"/>
            <w:vAlign w:val="center"/>
          </w:tcPr>
          <w:p w14:paraId="7A592E8D" w14:textId="77777777" w:rsidR="00EE569C" w:rsidRDefault="00015841">
            <w:pPr>
              <w:jc w:val="center"/>
            </w:pPr>
            <w:r>
              <w:rPr>
                <w:sz w:val="18"/>
              </w:rPr>
              <w:t>0.99</w:t>
            </w:r>
          </w:p>
        </w:tc>
        <w:tc>
          <w:tcPr>
            <w:tcW w:w="1994" w:type="dxa"/>
            <w:vAlign w:val="center"/>
          </w:tcPr>
          <w:p w14:paraId="4A5BC1FF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7291E046" w14:textId="77777777" w:rsidTr="00AB2F53">
        <w:trPr>
          <w:jc w:val="center"/>
        </w:trPr>
        <w:tc>
          <w:tcPr>
            <w:tcW w:w="850" w:type="dxa"/>
            <w:vAlign w:val="center"/>
          </w:tcPr>
          <w:p w14:paraId="2EA7BD99" w14:textId="77777777" w:rsidR="00EE569C" w:rsidRDefault="00015841">
            <w:pPr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4394" w:type="dxa"/>
            <w:vAlign w:val="center"/>
          </w:tcPr>
          <w:p w14:paraId="742168A0" w14:textId="77777777" w:rsidR="00EE569C" w:rsidRDefault="00015841">
            <w:proofErr w:type="spellStart"/>
            <w:r>
              <w:rPr>
                <w:sz w:val="18"/>
              </w:rPr>
              <w:t>Yöneticiler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arasındaki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iletişimden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memnunum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40B7BE5B" w14:textId="77777777" w:rsidR="00EE569C" w:rsidRDefault="00015841">
            <w:pPr>
              <w:jc w:val="center"/>
            </w:pPr>
            <w:r>
              <w:rPr>
                <w:sz w:val="18"/>
              </w:rPr>
              <w:t>4.12</w:t>
            </w:r>
          </w:p>
        </w:tc>
        <w:tc>
          <w:tcPr>
            <w:tcW w:w="1314" w:type="dxa"/>
            <w:vAlign w:val="center"/>
          </w:tcPr>
          <w:p w14:paraId="640E8931" w14:textId="77777777" w:rsidR="00EE569C" w:rsidRDefault="00015841">
            <w:pPr>
              <w:jc w:val="center"/>
            </w:pPr>
            <w:r>
              <w:rPr>
                <w:sz w:val="18"/>
              </w:rPr>
              <w:t>0.78</w:t>
            </w:r>
          </w:p>
        </w:tc>
        <w:tc>
          <w:tcPr>
            <w:tcW w:w="1994" w:type="dxa"/>
            <w:vAlign w:val="center"/>
          </w:tcPr>
          <w:p w14:paraId="1CB1F85E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740E8E16" w14:textId="77777777" w:rsidTr="00AB2F53">
        <w:trPr>
          <w:jc w:val="center"/>
        </w:trPr>
        <w:tc>
          <w:tcPr>
            <w:tcW w:w="850" w:type="dxa"/>
            <w:vAlign w:val="center"/>
          </w:tcPr>
          <w:p w14:paraId="6155CB1F" w14:textId="77777777" w:rsidR="00EE569C" w:rsidRDefault="00015841">
            <w:pPr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4394" w:type="dxa"/>
            <w:vAlign w:val="center"/>
          </w:tcPr>
          <w:p w14:paraId="335E6178" w14:textId="77777777" w:rsidR="00EE569C" w:rsidRDefault="00015841">
            <w:proofErr w:type="spellStart"/>
            <w:r>
              <w:rPr>
                <w:sz w:val="18"/>
              </w:rPr>
              <w:t>Kurum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haberleşme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araçları</w:t>
            </w:r>
            <w:proofErr w:type="spellEnd"/>
            <w:r>
              <w:rPr>
                <w:sz w:val="18"/>
              </w:rPr>
              <w:t xml:space="preserve"> (e-</w:t>
            </w:r>
            <w:proofErr w:type="spellStart"/>
            <w:r>
              <w:rPr>
                <w:sz w:val="18"/>
              </w:rPr>
              <w:t>posta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duyurular</w:t>
            </w:r>
            <w:proofErr w:type="spellEnd"/>
            <w:r>
              <w:rPr>
                <w:sz w:val="18"/>
              </w:rPr>
              <w:t xml:space="preserve">, web </w:t>
            </w:r>
            <w:proofErr w:type="spellStart"/>
            <w:r>
              <w:rPr>
                <w:sz w:val="18"/>
              </w:rPr>
              <w:t>sayfası</w:t>
            </w:r>
            <w:proofErr w:type="spellEnd"/>
            <w:r>
              <w:rPr>
                <w:sz w:val="18"/>
              </w:rPr>
              <w:t xml:space="preserve"> vb.) </w:t>
            </w:r>
            <w:proofErr w:type="spellStart"/>
            <w:r>
              <w:rPr>
                <w:sz w:val="18"/>
              </w:rPr>
              <w:t>yeterlidir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46CE0013" w14:textId="77777777" w:rsidR="00EE569C" w:rsidRDefault="00015841">
            <w:pPr>
              <w:jc w:val="center"/>
            </w:pPr>
            <w:r>
              <w:rPr>
                <w:sz w:val="18"/>
              </w:rPr>
              <w:t>3.76</w:t>
            </w:r>
          </w:p>
        </w:tc>
        <w:tc>
          <w:tcPr>
            <w:tcW w:w="1314" w:type="dxa"/>
            <w:vAlign w:val="center"/>
          </w:tcPr>
          <w:p w14:paraId="67E5BDAE" w14:textId="77777777" w:rsidR="00EE569C" w:rsidRDefault="00015841">
            <w:pPr>
              <w:jc w:val="center"/>
            </w:pPr>
            <w:r>
              <w:rPr>
                <w:sz w:val="18"/>
              </w:rPr>
              <w:t>1.15</w:t>
            </w:r>
          </w:p>
        </w:tc>
        <w:tc>
          <w:tcPr>
            <w:tcW w:w="1994" w:type="dxa"/>
            <w:vAlign w:val="center"/>
          </w:tcPr>
          <w:p w14:paraId="73AAA1D0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71ACF6E0" w14:textId="77777777" w:rsidTr="00AB2F53">
        <w:trPr>
          <w:jc w:val="center"/>
        </w:trPr>
        <w:tc>
          <w:tcPr>
            <w:tcW w:w="850" w:type="dxa"/>
            <w:vAlign w:val="center"/>
          </w:tcPr>
          <w:p w14:paraId="6D6DE6FD" w14:textId="77777777" w:rsidR="00EE569C" w:rsidRDefault="00015841">
            <w:pPr>
              <w:jc w:val="center"/>
            </w:pPr>
            <w:r>
              <w:rPr>
                <w:sz w:val="18"/>
              </w:rPr>
              <w:t>8</w:t>
            </w:r>
          </w:p>
        </w:tc>
        <w:tc>
          <w:tcPr>
            <w:tcW w:w="4394" w:type="dxa"/>
            <w:vAlign w:val="center"/>
          </w:tcPr>
          <w:p w14:paraId="2C4361A3" w14:textId="77777777" w:rsidR="00EE569C" w:rsidRDefault="00015841">
            <w:proofErr w:type="spellStart"/>
            <w:r>
              <w:rPr>
                <w:sz w:val="18"/>
              </w:rPr>
              <w:t>Yöneticiler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alırken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görüşlerini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dikkate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almaktadır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30056915" w14:textId="77777777" w:rsidR="00EE569C" w:rsidRDefault="00015841">
            <w:pPr>
              <w:jc w:val="center"/>
            </w:pPr>
            <w:r>
              <w:rPr>
                <w:sz w:val="18"/>
              </w:rPr>
              <w:t>3.18</w:t>
            </w:r>
          </w:p>
        </w:tc>
        <w:tc>
          <w:tcPr>
            <w:tcW w:w="1314" w:type="dxa"/>
            <w:vAlign w:val="center"/>
          </w:tcPr>
          <w:p w14:paraId="5A9D0D50" w14:textId="77777777" w:rsidR="00EE569C" w:rsidRDefault="00015841">
            <w:pPr>
              <w:jc w:val="center"/>
            </w:pPr>
            <w:r>
              <w:rPr>
                <w:sz w:val="18"/>
              </w:rPr>
              <w:t>1.29</w:t>
            </w:r>
          </w:p>
        </w:tc>
        <w:tc>
          <w:tcPr>
            <w:tcW w:w="1994" w:type="dxa"/>
            <w:vAlign w:val="center"/>
          </w:tcPr>
          <w:p w14:paraId="5614A93A" w14:textId="77777777" w:rsidR="00EE569C" w:rsidRDefault="00015841">
            <w:pPr>
              <w:jc w:val="center"/>
            </w:pPr>
            <w:r>
              <w:rPr>
                <w:sz w:val="18"/>
              </w:rPr>
              <w:t>Orta</w:t>
            </w:r>
          </w:p>
        </w:tc>
      </w:tr>
      <w:tr w:rsidR="00EE569C" w14:paraId="55DB6BBB" w14:textId="77777777" w:rsidTr="00AB2F53">
        <w:trPr>
          <w:jc w:val="center"/>
        </w:trPr>
        <w:tc>
          <w:tcPr>
            <w:tcW w:w="850" w:type="dxa"/>
            <w:vAlign w:val="center"/>
          </w:tcPr>
          <w:p w14:paraId="1387E34B" w14:textId="77777777" w:rsidR="00EE569C" w:rsidRDefault="00015841">
            <w:pPr>
              <w:jc w:val="center"/>
            </w:pPr>
            <w:r>
              <w:rPr>
                <w:sz w:val="18"/>
              </w:rPr>
              <w:t>9</w:t>
            </w:r>
          </w:p>
        </w:tc>
        <w:tc>
          <w:tcPr>
            <w:tcW w:w="4394" w:type="dxa"/>
            <w:vAlign w:val="center"/>
          </w:tcPr>
          <w:p w14:paraId="5F2767B8" w14:textId="77777777" w:rsidR="00EE569C" w:rsidRDefault="00015841">
            <w:proofErr w:type="spellStart"/>
            <w:r>
              <w:rPr>
                <w:sz w:val="18"/>
              </w:rPr>
              <w:t>Kurum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bünyesinde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düzenli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olarak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sosyal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etkinlikler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yapılmaktadır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05C2F5E2" w14:textId="77777777" w:rsidR="00EE569C" w:rsidRDefault="00015841">
            <w:pPr>
              <w:jc w:val="center"/>
            </w:pPr>
            <w:r>
              <w:rPr>
                <w:sz w:val="18"/>
              </w:rPr>
              <w:t>2.88</w:t>
            </w:r>
          </w:p>
        </w:tc>
        <w:tc>
          <w:tcPr>
            <w:tcW w:w="1314" w:type="dxa"/>
            <w:vAlign w:val="center"/>
          </w:tcPr>
          <w:p w14:paraId="235F9221" w14:textId="77777777" w:rsidR="00EE569C" w:rsidRDefault="00015841">
            <w:pPr>
              <w:jc w:val="center"/>
            </w:pPr>
            <w:r>
              <w:rPr>
                <w:sz w:val="18"/>
              </w:rPr>
              <w:t>1.17</w:t>
            </w:r>
          </w:p>
        </w:tc>
        <w:tc>
          <w:tcPr>
            <w:tcW w:w="1994" w:type="dxa"/>
            <w:vAlign w:val="center"/>
          </w:tcPr>
          <w:p w14:paraId="2475CA37" w14:textId="77777777" w:rsidR="00EE569C" w:rsidRDefault="00015841">
            <w:pPr>
              <w:jc w:val="center"/>
            </w:pPr>
            <w:r>
              <w:rPr>
                <w:sz w:val="18"/>
              </w:rPr>
              <w:t>Orta</w:t>
            </w:r>
          </w:p>
        </w:tc>
      </w:tr>
      <w:tr w:rsidR="00EE569C" w14:paraId="201970DE" w14:textId="77777777" w:rsidTr="00AB2F53">
        <w:trPr>
          <w:jc w:val="center"/>
        </w:trPr>
        <w:tc>
          <w:tcPr>
            <w:tcW w:w="850" w:type="dxa"/>
            <w:vAlign w:val="center"/>
          </w:tcPr>
          <w:p w14:paraId="5DC0D746" w14:textId="77777777" w:rsidR="00EE569C" w:rsidRDefault="00015841">
            <w:pPr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4394" w:type="dxa"/>
            <w:vAlign w:val="center"/>
          </w:tcPr>
          <w:p w14:paraId="4A0F7950" w14:textId="77777777" w:rsidR="00EE569C" w:rsidRDefault="00015841"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idari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fikirlerini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teşvik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edici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destekleyici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tutum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göstermektedir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4EADC695" w14:textId="77777777" w:rsidR="00EE569C" w:rsidRDefault="00015841">
            <w:pPr>
              <w:jc w:val="center"/>
            </w:pPr>
            <w:r>
              <w:rPr>
                <w:sz w:val="18"/>
              </w:rPr>
              <w:t>3.41</w:t>
            </w:r>
          </w:p>
        </w:tc>
        <w:tc>
          <w:tcPr>
            <w:tcW w:w="1314" w:type="dxa"/>
            <w:vAlign w:val="center"/>
          </w:tcPr>
          <w:p w14:paraId="7BA817C5" w14:textId="77777777" w:rsidR="00EE569C" w:rsidRDefault="00015841">
            <w:pPr>
              <w:jc w:val="center"/>
            </w:pPr>
            <w:r>
              <w:rPr>
                <w:sz w:val="18"/>
              </w:rPr>
              <w:t>1.28</w:t>
            </w:r>
          </w:p>
        </w:tc>
        <w:tc>
          <w:tcPr>
            <w:tcW w:w="1994" w:type="dxa"/>
            <w:vAlign w:val="center"/>
          </w:tcPr>
          <w:p w14:paraId="7AA4D201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35D319EE" w14:textId="77777777" w:rsidTr="00AB2F53">
        <w:trPr>
          <w:jc w:val="center"/>
        </w:trPr>
        <w:tc>
          <w:tcPr>
            <w:tcW w:w="850" w:type="dxa"/>
            <w:vAlign w:val="center"/>
          </w:tcPr>
          <w:p w14:paraId="0B0BBBE9" w14:textId="77777777" w:rsidR="00EE569C" w:rsidRDefault="00015841">
            <w:pPr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4394" w:type="dxa"/>
            <w:vAlign w:val="center"/>
          </w:tcPr>
          <w:p w14:paraId="5C348327" w14:textId="77777777" w:rsidR="00EE569C" w:rsidRDefault="00015841">
            <w:proofErr w:type="spellStart"/>
            <w:r>
              <w:rPr>
                <w:sz w:val="18"/>
              </w:rPr>
              <w:t>İdari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yeteneklerini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uygun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alanlarda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kullanma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imkânı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65986122" w14:textId="77777777" w:rsidR="00EE569C" w:rsidRDefault="00015841">
            <w:pPr>
              <w:jc w:val="center"/>
            </w:pPr>
            <w:r>
              <w:rPr>
                <w:sz w:val="18"/>
              </w:rPr>
              <w:t>3.35</w:t>
            </w:r>
          </w:p>
        </w:tc>
        <w:tc>
          <w:tcPr>
            <w:tcW w:w="1314" w:type="dxa"/>
            <w:vAlign w:val="center"/>
          </w:tcPr>
          <w:p w14:paraId="21D339C2" w14:textId="77777777" w:rsidR="00EE569C" w:rsidRDefault="00015841">
            <w:pPr>
              <w:jc w:val="center"/>
            </w:pPr>
            <w:r>
              <w:rPr>
                <w:sz w:val="18"/>
              </w:rPr>
              <w:t>1.11</w:t>
            </w:r>
          </w:p>
        </w:tc>
        <w:tc>
          <w:tcPr>
            <w:tcW w:w="1994" w:type="dxa"/>
            <w:vAlign w:val="center"/>
          </w:tcPr>
          <w:p w14:paraId="3F5B8A3D" w14:textId="77777777" w:rsidR="00EE569C" w:rsidRDefault="00015841">
            <w:pPr>
              <w:jc w:val="center"/>
            </w:pPr>
            <w:r>
              <w:rPr>
                <w:sz w:val="18"/>
              </w:rPr>
              <w:t>Orta</w:t>
            </w:r>
          </w:p>
        </w:tc>
      </w:tr>
      <w:tr w:rsidR="00EE569C" w14:paraId="1426C5A1" w14:textId="77777777" w:rsidTr="00AB2F53">
        <w:trPr>
          <w:jc w:val="center"/>
        </w:trPr>
        <w:tc>
          <w:tcPr>
            <w:tcW w:w="850" w:type="dxa"/>
            <w:vAlign w:val="center"/>
          </w:tcPr>
          <w:p w14:paraId="7E969C25" w14:textId="77777777" w:rsidR="00EE569C" w:rsidRDefault="00015841">
            <w:pPr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4394" w:type="dxa"/>
            <w:vAlign w:val="center"/>
          </w:tcPr>
          <w:p w14:paraId="72F12BBA" w14:textId="77777777" w:rsidR="00EE569C" w:rsidRDefault="00015841">
            <w:r>
              <w:rPr>
                <w:sz w:val="18"/>
              </w:rPr>
              <w:t xml:space="preserve">Bu </w:t>
            </w:r>
            <w:proofErr w:type="spellStart"/>
            <w:r>
              <w:rPr>
                <w:sz w:val="18"/>
              </w:rPr>
              <w:t>kurumun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mensubu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olmaktan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mutluyum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29277B2E" w14:textId="77777777" w:rsidR="00EE569C" w:rsidRDefault="00015841">
            <w:pPr>
              <w:jc w:val="center"/>
            </w:pPr>
            <w:r>
              <w:rPr>
                <w:sz w:val="18"/>
              </w:rPr>
              <w:t>4.00</w:t>
            </w:r>
          </w:p>
        </w:tc>
        <w:tc>
          <w:tcPr>
            <w:tcW w:w="1314" w:type="dxa"/>
            <w:vAlign w:val="center"/>
          </w:tcPr>
          <w:p w14:paraId="6AAD49E2" w14:textId="77777777" w:rsidR="00EE569C" w:rsidRDefault="00015841">
            <w:pPr>
              <w:jc w:val="center"/>
            </w:pPr>
            <w:r>
              <w:rPr>
                <w:sz w:val="18"/>
              </w:rPr>
              <w:t>1.00</w:t>
            </w:r>
          </w:p>
        </w:tc>
        <w:tc>
          <w:tcPr>
            <w:tcW w:w="1994" w:type="dxa"/>
            <w:vAlign w:val="center"/>
          </w:tcPr>
          <w:p w14:paraId="14F84975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35D55A56" w14:textId="77777777" w:rsidTr="00AB2F53">
        <w:trPr>
          <w:jc w:val="center"/>
        </w:trPr>
        <w:tc>
          <w:tcPr>
            <w:tcW w:w="850" w:type="dxa"/>
            <w:vAlign w:val="center"/>
          </w:tcPr>
          <w:p w14:paraId="2E7866D7" w14:textId="77777777" w:rsidR="00EE569C" w:rsidRDefault="00015841">
            <w:pPr>
              <w:jc w:val="center"/>
            </w:pPr>
            <w:r>
              <w:rPr>
                <w:sz w:val="18"/>
              </w:rPr>
              <w:t>13</w:t>
            </w:r>
          </w:p>
        </w:tc>
        <w:tc>
          <w:tcPr>
            <w:tcW w:w="4394" w:type="dxa"/>
            <w:vAlign w:val="center"/>
          </w:tcPr>
          <w:p w14:paraId="5C0E062B" w14:textId="77777777" w:rsidR="00EE569C" w:rsidRDefault="00015841">
            <w:proofErr w:type="spellStart"/>
            <w:r>
              <w:rPr>
                <w:sz w:val="18"/>
              </w:rPr>
              <w:t>İdari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yapacağı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görevler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açık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net </w:t>
            </w:r>
            <w:proofErr w:type="spellStart"/>
            <w:r>
              <w:rPr>
                <w:sz w:val="18"/>
              </w:rPr>
              <w:t>bir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biçimde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tanımlanmıştır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210F8514" w14:textId="77777777" w:rsidR="00EE569C" w:rsidRDefault="00015841">
            <w:pPr>
              <w:jc w:val="center"/>
            </w:pPr>
            <w:r>
              <w:rPr>
                <w:sz w:val="18"/>
              </w:rPr>
              <w:t>3.82</w:t>
            </w:r>
          </w:p>
        </w:tc>
        <w:tc>
          <w:tcPr>
            <w:tcW w:w="1314" w:type="dxa"/>
            <w:vAlign w:val="center"/>
          </w:tcPr>
          <w:p w14:paraId="6B71017E" w14:textId="77777777" w:rsidR="00EE569C" w:rsidRDefault="00015841">
            <w:pPr>
              <w:jc w:val="center"/>
            </w:pPr>
            <w:r>
              <w:rPr>
                <w:sz w:val="18"/>
              </w:rPr>
              <w:t>1.07</w:t>
            </w:r>
          </w:p>
        </w:tc>
        <w:tc>
          <w:tcPr>
            <w:tcW w:w="1994" w:type="dxa"/>
            <w:vAlign w:val="center"/>
          </w:tcPr>
          <w:p w14:paraId="69532593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4F7180FB" w14:textId="77777777" w:rsidTr="00AB2F53">
        <w:trPr>
          <w:jc w:val="center"/>
        </w:trPr>
        <w:tc>
          <w:tcPr>
            <w:tcW w:w="850" w:type="dxa"/>
            <w:vAlign w:val="center"/>
          </w:tcPr>
          <w:p w14:paraId="54F7583A" w14:textId="77777777" w:rsidR="00EE569C" w:rsidRDefault="00015841">
            <w:pPr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4394" w:type="dxa"/>
            <w:vAlign w:val="center"/>
          </w:tcPr>
          <w:p w14:paraId="300091BF" w14:textId="77777777" w:rsidR="00EE569C" w:rsidRDefault="00015841">
            <w:proofErr w:type="spellStart"/>
            <w:r>
              <w:rPr>
                <w:sz w:val="18"/>
              </w:rPr>
              <w:t>İdari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görevlerini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yerine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getirebilmeleri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gerekli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özgürlük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20E41CB6" w14:textId="77777777" w:rsidR="00EE569C" w:rsidRDefault="00015841">
            <w:pPr>
              <w:jc w:val="center"/>
            </w:pPr>
            <w:r>
              <w:rPr>
                <w:sz w:val="18"/>
              </w:rPr>
              <w:t>3.88</w:t>
            </w:r>
          </w:p>
        </w:tc>
        <w:tc>
          <w:tcPr>
            <w:tcW w:w="1314" w:type="dxa"/>
            <w:vAlign w:val="center"/>
          </w:tcPr>
          <w:p w14:paraId="6A2E412A" w14:textId="77777777" w:rsidR="00EE569C" w:rsidRDefault="00015841">
            <w:pPr>
              <w:jc w:val="center"/>
            </w:pPr>
            <w:r>
              <w:rPr>
                <w:sz w:val="18"/>
              </w:rPr>
              <w:t>1.05</w:t>
            </w:r>
          </w:p>
        </w:tc>
        <w:tc>
          <w:tcPr>
            <w:tcW w:w="1994" w:type="dxa"/>
            <w:vAlign w:val="center"/>
          </w:tcPr>
          <w:p w14:paraId="0B86DA4D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242AFE9F" w14:textId="77777777" w:rsidTr="00AB2F53">
        <w:trPr>
          <w:jc w:val="center"/>
        </w:trPr>
        <w:tc>
          <w:tcPr>
            <w:tcW w:w="850" w:type="dxa"/>
            <w:vAlign w:val="center"/>
          </w:tcPr>
          <w:p w14:paraId="506E0230" w14:textId="77777777" w:rsidR="00EE569C" w:rsidRDefault="00015841">
            <w:pPr>
              <w:jc w:val="center"/>
            </w:pPr>
            <w:r>
              <w:rPr>
                <w:sz w:val="18"/>
              </w:rPr>
              <w:t>15</w:t>
            </w:r>
          </w:p>
        </w:tc>
        <w:tc>
          <w:tcPr>
            <w:tcW w:w="4394" w:type="dxa"/>
            <w:vAlign w:val="center"/>
          </w:tcPr>
          <w:p w14:paraId="2756BF95" w14:textId="77777777" w:rsidR="00EE569C" w:rsidRDefault="00015841"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idari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tarafından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iletilen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şikayetleri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dikkate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4600904B" w14:textId="77777777" w:rsidR="00EE569C" w:rsidRDefault="00015841">
            <w:pPr>
              <w:jc w:val="center"/>
            </w:pPr>
            <w:r>
              <w:rPr>
                <w:sz w:val="18"/>
              </w:rPr>
              <w:t>3.41</w:t>
            </w:r>
          </w:p>
        </w:tc>
        <w:tc>
          <w:tcPr>
            <w:tcW w:w="1314" w:type="dxa"/>
            <w:vAlign w:val="center"/>
          </w:tcPr>
          <w:p w14:paraId="1EAC6CEF" w14:textId="77777777" w:rsidR="00EE569C" w:rsidRDefault="00015841">
            <w:pPr>
              <w:jc w:val="center"/>
            </w:pPr>
            <w:r>
              <w:rPr>
                <w:sz w:val="18"/>
              </w:rPr>
              <w:t>1.58</w:t>
            </w:r>
          </w:p>
        </w:tc>
        <w:tc>
          <w:tcPr>
            <w:tcW w:w="1994" w:type="dxa"/>
            <w:vAlign w:val="center"/>
          </w:tcPr>
          <w:p w14:paraId="57DBBE93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1C662D7E" w14:textId="77777777" w:rsidTr="00AB2F53">
        <w:trPr>
          <w:jc w:val="center"/>
        </w:trPr>
        <w:tc>
          <w:tcPr>
            <w:tcW w:w="850" w:type="dxa"/>
            <w:vAlign w:val="center"/>
          </w:tcPr>
          <w:p w14:paraId="2076DED9" w14:textId="77777777" w:rsidR="00EE569C" w:rsidRDefault="00015841">
            <w:pPr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4394" w:type="dxa"/>
            <w:vAlign w:val="center"/>
          </w:tcPr>
          <w:p w14:paraId="0B4FF072" w14:textId="77777777" w:rsidR="00EE569C" w:rsidRDefault="00015841"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başarılarımı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takdir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eder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14C7EF14" w14:textId="77777777" w:rsidR="00EE569C" w:rsidRDefault="00015841">
            <w:pPr>
              <w:jc w:val="center"/>
            </w:pPr>
            <w:r>
              <w:rPr>
                <w:sz w:val="18"/>
              </w:rPr>
              <w:t>3.82</w:t>
            </w:r>
          </w:p>
        </w:tc>
        <w:tc>
          <w:tcPr>
            <w:tcW w:w="1314" w:type="dxa"/>
            <w:vAlign w:val="center"/>
          </w:tcPr>
          <w:p w14:paraId="552B8571" w14:textId="77777777" w:rsidR="00EE569C" w:rsidRDefault="00015841">
            <w:pPr>
              <w:jc w:val="center"/>
            </w:pPr>
            <w:r>
              <w:rPr>
                <w:sz w:val="18"/>
              </w:rPr>
              <w:t>1.19</w:t>
            </w:r>
          </w:p>
        </w:tc>
        <w:tc>
          <w:tcPr>
            <w:tcW w:w="1994" w:type="dxa"/>
            <w:vAlign w:val="center"/>
          </w:tcPr>
          <w:p w14:paraId="01AB1C37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380549E6" w14:textId="77777777" w:rsidTr="00AB2F53">
        <w:trPr>
          <w:jc w:val="center"/>
        </w:trPr>
        <w:tc>
          <w:tcPr>
            <w:tcW w:w="850" w:type="dxa"/>
            <w:vAlign w:val="center"/>
          </w:tcPr>
          <w:p w14:paraId="16EC0781" w14:textId="77777777" w:rsidR="00EE569C" w:rsidRDefault="00015841">
            <w:pPr>
              <w:jc w:val="center"/>
            </w:pPr>
            <w:r>
              <w:rPr>
                <w:sz w:val="18"/>
              </w:rPr>
              <w:t>17</w:t>
            </w:r>
          </w:p>
        </w:tc>
        <w:tc>
          <w:tcPr>
            <w:tcW w:w="4394" w:type="dxa"/>
            <w:vAlign w:val="center"/>
          </w:tcPr>
          <w:p w14:paraId="77E8AA57" w14:textId="77777777" w:rsidR="00EE569C" w:rsidRDefault="00015841"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sorunları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çözmeye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yönelik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yaklaşımlar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gösterir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33DBBA93" w14:textId="77777777" w:rsidR="00EE569C" w:rsidRDefault="00015841">
            <w:pPr>
              <w:jc w:val="center"/>
            </w:pPr>
            <w:r>
              <w:rPr>
                <w:sz w:val="18"/>
              </w:rPr>
              <w:t>3.59</w:t>
            </w:r>
          </w:p>
        </w:tc>
        <w:tc>
          <w:tcPr>
            <w:tcW w:w="1314" w:type="dxa"/>
            <w:vAlign w:val="center"/>
          </w:tcPr>
          <w:p w14:paraId="0F9173B2" w14:textId="77777777" w:rsidR="00EE569C" w:rsidRDefault="00015841">
            <w:pPr>
              <w:jc w:val="center"/>
            </w:pPr>
            <w:r>
              <w:rPr>
                <w:sz w:val="18"/>
              </w:rPr>
              <w:t>1.18</w:t>
            </w:r>
          </w:p>
        </w:tc>
        <w:tc>
          <w:tcPr>
            <w:tcW w:w="1994" w:type="dxa"/>
            <w:vAlign w:val="center"/>
          </w:tcPr>
          <w:p w14:paraId="5A10226B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167BF135" w14:textId="77777777" w:rsidTr="00AB2F53">
        <w:trPr>
          <w:jc w:val="center"/>
        </w:trPr>
        <w:tc>
          <w:tcPr>
            <w:tcW w:w="850" w:type="dxa"/>
            <w:vAlign w:val="center"/>
          </w:tcPr>
          <w:p w14:paraId="3DF0CD07" w14:textId="77777777" w:rsidR="00EE569C" w:rsidRDefault="00015841">
            <w:pPr>
              <w:jc w:val="center"/>
            </w:pPr>
            <w:r>
              <w:rPr>
                <w:sz w:val="18"/>
              </w:rPr>
              <w:t>18</w:t>
            </w:r>
          </w:p>
        </w:tc>
        <w:tc>
          <w:tcPr>
            <w:tcW w:w="4394" w:type="dxa"/>
            <w:vAlign w:val="center"/>
          </w:tcPr>
          <w:p w14:paraId="59F66287" w14:textId="77777777" w:rsidR="00EE569C" w:rsidRDefault="00015841">
            <w:proofErr w:type="spellStart"/>
            <w:r>
              <w:rPr>
                <w:sz w:val="18"/>
              </w:rPr>
              <w:t>İdari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kurum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içindeki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gelişmeler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yapılan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çalışmaların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sonuçları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hakkında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bilgilendirilir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5C2EBED7" w14:textId="77777777" w:rsidR="00EE569C" w:rsidRDefault="00015841">
            <w:pPr>
              <w:jc w:val="center"/>
            </w:pPr>
            <w:r>
              <w:rPr>
                <w:sz w:val="18"/>
              </w:rPr>
              <w:t>3.47</w:t>
            </w:r>
          </w:p>
        </w:tc>
        <w:tc>
          <w:tcPr>
            <w:tcW w:w="1314" w:type="dxa"/>
            <w:vAlign w:val="center"/>
          </w:tcPr>
          <w:p w14:paraId="085C2A3B" w14:textId="77777777" w:rsidR="00EE569C" w:rsidRDefault="00015841">
            <w:pPr>
              <w:jc w:val="center"/>
            </w:pPr>
            <w:r>
              <w:rPr>
                <w:sz w:val="18"/>
              </w:rPr>
              <w:t>1.07</w:t>
            </w:r>
          </w:p>
        </w:tc>
        <w:tc>
          <w:tcPr>
            <w:tcW w:w="1994" w:type="dxa"/>
            <w:vAlign w:val="center"/>
          </w:tcPr>
          <w:p w14:paraId="52CCD108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1A66BDF2" w14:textId="77777777" w:rsidTr="00AB2F53">
        <w:trPr>
          <w:jc w:val="center"/>
        </w:trPr>
        <w:tc>
          <w:tcPr>
            <w:tcW w:w="850" w:type="dxa"/>
            <w:vAlign w:val="center"/>
          </w:tcPr>
          <w:p w14:paraId="2BE134CE" w14:textId="77777777" w:rsidR="00EE569C" w:rsidRDefault="00015841">
            <w:pPr>
              <w:jc w:val="center"/>
            </w:pPr>
            <w:r>
              <w:rPr>
                <w:sz w:val="18"/>
              </w:rPr>
              <w:t>19</w:t>
            </w:r>
          </w:p>
        </w:tc>
        <w:tc>
          <w:tcPr>
            <w:tcW w:w="4394" w:type="dxa"/>
            <w:vAlign w:val="center"/>
          </w:tcPr>
          <w:p w14:paraId="79B37F4D" w14:textId="77777777" w:rsidR="00EE569C" w:rsidRDefault="00015841">
            <w:proofErr w:type="spellStart"/>
            <w:r>
              <w:rPr>
                <w:sz w:val="18"/>
              </w:rPr>
              <w:t>Birimim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teknolojik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yeniliklere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uyum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sağlayabilmektedir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76279D36" w14:textId="77777777" w:rsidR="00EE569C" w:rsidRDefault="00015841">
            <w:pPr>
              <w:jc w:val="center"/>
            </w:pPr>
            <w:r>
              <w:rPr>
                <w:sz w:val="18"/>
              </w:rPr>
              <w:t>3.47</w:t>
            </w:r>
          </w:p>
        </w:tc>
        <w:tc>
          <w:tcPr>
            <w:tcW w:w="1314" w:type="dxa"/>
            <w:vAlign w:val="center"/>
          </w:tcPr>
          <w:p w14:paraId="68C724B7" w14:textId="77777777" w:rsidR="00EE569C" w:rsidRDefault="00015841">
            <w:pPr>
              <w:jc w:val="center"/>
            </w:pPr>
            <w:r>
              <w:rPr>
                <w:sz w:val="18"/>
              </w:rPr>
              <w:t>1.07</w:t>
            </w:r>
          </w:p>
        </w:tc>
        <w:tc>
          <w:tcPr>
            <w:tcW w:w="1994" w:type="dxa"/>
            <w:vAlign w:val="center"/>
          </w:tcPr>
          <w:p w14:paraId="3AD86350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6BEDB2A5" w14:textId="77777777" w:rsidTr="00AB2F53">
        <w:trPr>
          <w:jc w:val="center"/>
        </w:trPr>
        <w:tc>
          <w:tcPr>
            <w:tcW w:w="850" w:type="dxa"/>
            <w:vAlign w:val="center"/>
          </w:tcPr>
          <w:p w14:paraId="7291A422" w14:textId="77777777" w:rsidR="00EE569C" w:rsidRDefault="00015841">
            <w:pPr>
              <w:jc w:val="center"/>
            </w:pPr>
            <w:r>
              <w:rPr>
                <w:sz w:val="18"/>
              </w:rPr>
              <w:t>20</w:t>
            </w:r>
          </w:p>
        </w:tc>
        <w:tc>
          <w:tcPr>
            <w:tcW w:w="4394" w:type="dxa"/>
            <w:vAlign w:val="center"/>
          </w:tcPr>
          <w:p w14:paraId="5852A788" w14:textId="77777777" w:rsidR="00EE569C" w:rsidRDefault="00015841">
            <w:proofErr w:type="spellStart"/>
            <w:r>
              <w:rPr>
                <w:sz w:val="18"/>
              </w:rPr>
              <w:t>Yönetim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idari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personellere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eşit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adil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davranmaktadır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75F1FDEB" w14:textId="77777777" w:rsidR="00EE569C" w:rsidRDefault="00015841">
            <w:pPr>
              <w:jc w:val="center"/>
            </w:pPr>
            <w:r>
              <w:rPr>
                <w:sz w:val="18"/>
              </w:rPr>
              <w:t>3.82</w:t>
            </w:r>
          </w:p>
        </w:tc>
        <w:tc>
          <w:tcPr>
            <w:tcW w:w="1314" w:type="dxa"/>
            <w:vAlign w:val="center"/>
          </w:tcPr>
          <w:p w14:paraId="5FA727B1" w14:textId="77777777" w:rsidR="00EE569C" w:rsidRDefault="00015841">
            <w:pPr>
              <w:jc w:val="center"/>
            </w:pPr>
            <w:r>
              <w:rPr>
                <w:sz w:val="18"/>
              </w:rPr>
              <w:t>1.19</w:t>
            </w:r>
          </w:p>
        </w:tc>
        <w:tc>
          <w:tcPr>
            <w:tcW w:w="1994" w:type="dxa"/>
            <w:vAlign w:val="center"/>
          </w:tcPr>
          <w:p w14:paraId="2AAA8CF1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60F6C0E1" w14:textId="77777777" w:rsidTr="00AB2F53">
        <w:trPr>
          <w:jc w:val="center"/>
        </w:trPr>
        <w:tc>
          <w:tcPr>
            <w:tcW w:w="850" w:type="dxa"/>
            <w:vAlign w:val="center"/>
          </w:tcPr>
          <w:p w14:paraId="18EB4D85" w14:textId="77777777" w:rsidR="00EE569C" w:rsidRDefault="00015841">
            <w:pPr>
              <w:jc w:val="center"/>
            </w:pPr>
            <w:r>
              <w:rPr>
                <w:sz w:val="18"/>
              </w:rPr>
              <w:t>21</w:t>
            </w:r>
          </w:p>
        </w:tc>
        <w:tc>
          <w:tcPr>
            <w:tcW w:w="4394" w:type="dxa"/>
            <w:vAlign w:val="center"/>
          </w:tcPr>
          <w:p w14:paraId="1609983F" w14:textId="77777777" w:rsidR="00EE569C" w:rsidRDefault="00015841">
            <w:proofErr w:type="spellStart"/>
            <w:r>
              <w:rPr>
                <w:sz w:val="18"/>
              </w:rPr>
              <w:t>Çalışma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ortamımın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fiziksel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şartları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işime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uygundur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092273D2" w14:textId="77777777" w:rsidR="00EE569C" w:rsidRDefault="00015841">
            <w:pPr>
              <w:jc w:val="center"/>
            </w:pPr>
            <w:r>
              <w:rPr>
                <w:sz w:val="18"/>
              </w:rPr>
              <w:t>3.76</w:t>
            </w:r>
          </w:p>
        </w:tc>
        <w:tc>
          <w:tcPr>
            <w:tcW w:w="1314" w:type="dxa"/>
            <w:vAlign w:val="center"/>
          </w:tcPr>
          <w:p w14:paraId="09C1E4FB" w14:textId="77777777" w:rsidR="00EE569C" w:rsidRDefault="00015841">
            <w:pPr>
              <w:jc w:val="center"/>
            </w:pPr>
            <w:r>
              <w:rPr>
                <w:sz w:val="18"/>
              </w:rPr>
              <w:t>1.09</w:t>
            </w:r>
          </w:p>
        </w:tc>
        <w:tc>
          <w:tcPr>
            <w:tcW w:w="1994" w:type="dxa"/>
            <w:vAlign w:val="center"/>
          </w:tcPr>
          <w:p w14:paraId="6E7A32AB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  <w:tr w:rsidR="00EE569C" w14:paraId="0BE83390" w14:textId="77777777" w:rsidTr="00AB2F53">
        <w:trPr>
          <w:jc w:val="center"/>
        </w:trPr>
        <w:tc>
          <w:tcPr>
            <w:tcW w:w="850" w:type="dxa"/>
            <w:vAlign w:val="center"/>
          </w:tcPr>
          <w:p w14:paraId="75527431" w14:textId="77777777" w:rsidR="00EE569C" w:rsidRDefault="00015841">
            <w:pPr>
              <w:jc w:val="center"/>
            </w:pPr>
            <w:r>
              <w:rPr>
                <w:sz w:val="18"/>
              </w:rPr>
              <w:t>22</w:t>
            </w:r>
          </w:p>
        </w:tc>
        <w:tc>
          <w:tcPr>
            <w:tcW w:w="4394" w:type="dxa"/>
            <w:vAlign w:val="center"/>
          </w:tcPr>
          <w:p w14:paraId="774070B0" w14:textId="77777777" w:rsidR="00EE569C" w:rsidRDefault="00015841">
            <w:proofErr w:type="spellStart"/>
            <w:r>
              <w:rPr>
                <w:sz w:val="18"/>
              </w:rPr>
              <w:t>İşimi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yapabilmek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için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gerekli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teknik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donanım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destek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sağlanmaktadır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18" w:type="dxa"/>
            <w:vAlign w:val="center"/>
          </w:tcPr>
          <w:p w14:paraId="7E2FF78F" w14:textId="77777777" w:rsidR="00EE569C" w:rsidRDefault="00015841">
            <w:pPr>
              <w:jc w:val="center"/>
            </w:pPr>
            <w:r>
              <w:rPr>
                <w:sz w:val="18"/>
              </w:rPr>
              <w:t>3.76</w:t>
            </w:r>
          </w:p>
        </w:tc>
        <w:tc>
          <w:tcPr>
            <w:tcW w:w="1314" w:type="dxa"/>
            <w:vAlign w:val="center"/>
          </w:tcPr>
          <w:p w14:paraId="1139313F" w14:textId="77777777" w:rsidR="00EE569C" w:rsidRDefault="00015841">
            <w:pPr>
              <w:jc w:val="center"/>
            </w:pPr>
            <w:r>
              <w:rPr>
                <w:sz w:val="18"/>
              </w:rPr>
              <w:t>1.03</w:t>
            </w:r>
          </w:p>
        </w:tc>
        <w:tc>
          <w:tcPr>
            <w:tcW w:w="1994" w:type="dxa"/>
            <w:vAlign w:val="center"/>
          </w:tcPr>
          <w:p w14:paraId="5A2300F2" w14:textId="77777777" w:rsidR="00EE569C" w:rsidRDefault="00015841">
            <w:pPr>
              <w:jc w:val="center"/>
            </w:pPr>
            <w:r>
              <w:rPr>
                <w:sz w:val="18"/>
              </w:rPr>
              <w:t>Güçlü</w:t>
            </w:r>
          </w:p>
        </w:tc>
      </w:tr>
    </w:tbl>
    <w:p w14:paraId="660EC126" w14:textId="77777777" w:rsidR="00EE569C" w:rsidRDefault="00015841">
      <w:r>
        <w:br w:type="page"/>
      </w:r>
    </w:p>
    <w:p w14:paraId="5F14C497" w14:textId="77777777" w:rsidR="00EE569C" w:rsidRDefault="00015841">
      <w:pPr>
        <w:pStyle w:val="Balk1"/>
      </w:pPr>
      <w:r>
        <w:lastRenderedPageBreak/>
        <w:t xml:space="preserve">EK </w:t>
      </w:r>
      <w:r w:rsidR="000F48EE">
        <w:t>2</w:t>
      </w:r>
      <w:r>
        <w:t xml:space="preserve">. </w:t>
      </w:r>
      <w:proofErr w:type="spellStart"/>
      <w:r>
        <w:t>Anket</w:t>
      </w:r>
      <w:proofErr w:type="spellEnd"/>
      <w:r>
        <w:t xml:space="preserve"> </w:t>
      </w:r>
      <w:proofErr w:type="spellStart"/>
      <w:r>
        <w:t>maddeleri</w:t>
      </w:r>
      <w:proofErr w:type="spellEnd"/>
    </w:p>
    <w:p w14:paraId="3AC6C360" w14:textId="77777777" w:rsidR="00EE569C" w:rsidRDefault="00015841">
      <w:pPr>
        <w:pStyle w:val="ListeNumaras"/>
      </w:pPr>
      <w:proofErr w:type="spellStart"/>
      <w:r>
        <w:t>Görevimle</w:t>
      </w:r>
      <w:proofErr w:type="spellEnd"/>
      <w:r>
        <w:t xml:space="preserve"> </w:t>
      </w:r>
      <w:proofErr w:type="spellStart"/>
      <w:r>
        <w:t>ilişkili</w:t>
      </w:r>
      <w:proofErr w:type="spellEnd"/>
      <w:r>
        <w:t xml:space="preserve"> </w:t>
      </w:r>
      <w:proofErr w:type="spellStart"/>
      <w:r>
        <w:t>mesleki</w:t>
      </w:r>
      <w:proofErr w:type="spellEnd"/>
      <w:r>
        <w:t xml:space="preserve"> </w:t>
      </w:r>
      <w:proofErr w:type="spellStart"/>
      <w:r>
        <w:t>eğitimlere</w:t>
      </w:r>
      <w:proofErr w:type="spellEnd"/>
      <w:r>
        <w:t xml:space="preserve"> </w:t>
      </w:r>
      <w:proofErr w:type="spellStart"/>
      <w:r>
        <w:t>katılma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verilmektedir</w:t>
      </w:r>
      <w:proofErr w:type="spellEnd"/>
      <w:r>
        <w:t>.</w:t>
      </w:r>
    </w:p>
    <w:p w14:paraId="764210A4" w14:textId="77777777" w:rsidR="00EE569C" w:rsidRDefault="00015841">
      <w:pPr>
        <w:pStyle w:val="ListeNumaras"/>
      </w:pPr>
      <w:proofErr w:type="spellStart"/>
      <w:r>
        <w:t>Kişisel</w:t>
      </w:r>
      <w:proofErr w:type="spellEnd"/>
      <w:r>
        <w:t xml:space="preserve"> </w:t>
      </w:r>
      <w:proofErr w:type="spellStart"/>
      <w:r>
        <w:t>gelişimime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eğitimlere</w:t>
      </w:r>
      <w:proofErr w:type="spellEnd"/>
      <w:r>
        <w:t xml:space="preserve"> </w:t>
      </w:r>
      <w:proofErr w:type="spellStart"/>
      <w:r>
        <w:t>katılma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verilmektedir</w:t>
      </w:r>
      <w:proofErr w:type="spellEnd"/>
      <w:r>
        <w:t>.</w:t>
      </w:r>
    </w:p>
    <w:p w14:paraId="5F854A74" w14:textId="77777777" w:rsidR="00EE569C" w:rsidRDefault="00015841">
      <w:pPr>
        <w:pStyle w:val="ListeNumaras"/>
      </w:pPr>
      <w:proofErr w:type="spellStart"/>
      <w:r>
        <w:t>Kariyerimi</w:t>
      </w:r>
      <w:proofErr w:type="spellEnd"/>
      <w:r>
        <w:t xml:space="preserve"> </w:t>
      </w:r>
      <w:proofErr w:type="spellStart"/>
      <w:r>
        <w:t>geliştirme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fırsat</w:t>
      </w:r>
      <w:proofErr w:type="spellEnd"/>
      <w:r>
        <w:t xml:space="preserve"> </w:t>
      </w:r>
      <w:proofErr w:type="spellStart"/>
      <w:r>
        <w:t>verilmektedir</w:t>
      </w:r>
      <w:proofErr w:type="spellEnd"/>
      <w:r>
        <w:t>.</w:t>
      </w:r>
    </w:p>
    <w:p w14:paraId="17862D1E" w14:textId="77777777" w:rsidR="00EE569C" w:rsidRDefault="00015841">
      <w:pPr>
        <w:pStyle w:val="ListeNumaras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personeller</w:t>
      </w:r>
      <w:proofErr w:type="spellEnd"/>
      <w:r>
        <w:t xml:space="preserve"> </w:t>
      </w:r>
      <w:proofErr w:type="spellStart"/>
      <w:r>
        <w:t>arasındaki</w:t>
      </w:r>
      <w:proofErr w:type="spellEnd"/>
      <w:r>
        <w:t xml:space="preserve"> </w:t>
      </w:r>
      <w:proofErr w:type="spellStart"/>
      <w:r>
        <w:t>iletişimden</w:t>
      </w:r>
      <w:proofErr w:type="spellEnd"/>
      <w:r>
        <w:t xml:space="preserve"> </w:t>
      </w:r>
      <w:proofErr w:type="spellStart"/>
      <w:r>
        <w:t>memnunum</w:t>
      </w:r>
      <w:proofErr w:type="spellEnd"/>
      <w:r>
        <w:t>.</w:t>
      </w:r>
    </w:p>
    <w:p w14:paraId="117D9DBC" w14:textId="77777777" w:rsidR="00EE569C" w:rsidRDefault="00015841">
      <w:pPr>
        <w:pStyle w:val="ListeNumaras"/>
      </w:pPr>
      <w:proofErr w:type="spellStart"/>
      <w:r>
        <w:t>Yöneticilere</w:t>
      </w:r>
      <w:proofErr w:type="spellEnd"/>
      <w:r>
        <w:t xml:space="preserve"> </w:t>
      </w:r>
      <w:proofErr w:type="spellStart"/>
      <w:r>
        <w:t>kolaylıkla</w:t>
      </w:r>
      <w:proofErr w:type="spellEnd"/>
      <w:r>
        <w:t xml:space="preserve"> </w:t>
      </w:r>
      <w:proofErr w:type="spellStart"/>
      <w:r>
        <w:t>ulaşabilmekteyim</w:t>
      </w:r>
      <w:proofErr w:type="spellEnd"/>
      <w:r>
        <w:t>.</w:t>
      </w:r>
    </w:p>
    <w:p w14:paraId="1B18F3DD" w14:textId="77777777" w:rsidR="00EE569C" w:rsidRDefault="00015841">
      <w:pPr>
        <w:pStyle w:val="ListeNumaras"/>
      </w:pPr>
      <w:proofErr w:type="spellStart"/>
      <w:r>
        <w:t>Yöneticiler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personeller</w:t>
      </w:r>
      <w:proofErr w:type="spellEnd"/>
      <w:r>
        <w:t xml:space="preserve"> </w:t>
      </w:r>
      <w:proofErr w:type="spellStart"/>
      <w:r>
        <w:t>arasındaki</w:t>
      </w:r>
      <w:proofErr w:type="spellEnd"/>
      <w:r>
        <w:t xml:space="preserve"> </w:t>
      </w:r>
      <w:proofErr w:type="spellStart"/>
      <w:r>
        <w:t>iletişimden</w:t>
      </w:r>
      <w:proofErr w:type="spellEnd"/>
      <w:r>
        <w:t xml:space="preserve"> </w:t>
      </w:r>
      <w:proofErr w:type="spellStart"/>
      <w:r>
        <w:t>memnunum</w:t>
      </w:r>
      <w:proofErr w:type="spellEnd"/>
      <w:r>
        <w:t>.</w:t>
      </w:r>
    </w:p>
    <w:p w14:paraId="27503277" w14:textId="77777777" w:rsidR="00EE569C" w:rsidRDefault="00015841">
      <w:pPr>
        <w:pStyle w:val="ListeNumaras"/>
      </w:pPr>
      <w:proofErr w:type="spellStart"/>
      <w:r>
        <w:t>Kurum</w:t>
      </w:r>
      <w:proofErr w:type="spellEnd"/>
      <w:r>
        <w:t xml:space="preserve"> </w:t>
      </w:r>
      <w:proofErr w:type="spellStart"/>
      <w:r>
        <w:t>içi</w:t>
      </w:r>
      <w:proofErr w:type="spellEnd"/>
      <w:r>
        <w:t xml:space="preserve"> </w:t>
      </w:r>
      <w:proofErr w:type="spellStart"/>
      <w:r>
        <w:t>haberleşme</w:t>
      </w:r>
      <w:proofErr w:type="spellEnd"/>
      <w:r>
        <w:t xml:space="preserve"> </w:t>
      </w:r>
      <w:proofErr w:type="spellStart"/>
      <w:r>
        <w:t>araçları</w:t>
      </w:r>
      <w:proofErr w:type="spellEnd"/>
      <w:r>
        <w:t xml:space="preserve"> (e-</w:t>
      </w:r>
      <w:proofErr w:type="spellStart"/>
      <w:r>
        <w:t>posta</w:t>
      </w:r>
      <w:proofErr w:type="spellEnd"/>
      <w:r>
        <w:t xml:space="preserve">, </w:t>
      </w:r>
      <w:proofErr w:type="spellStart"/>
      <w:r>
        <w:t>duyurular</w:t>
      </w:r>
      <w:proofErr w:type="spellEnd"/>
      <w:r>
        <w:t xml:space="preserve">, web </w:t>
      </w:r>
      <w:proofErr w:type="spellStart"/>
      <w:r>
        <w:t>sayfası</w:t>
      </w:r>
      <w:proofErr w:type="spellEnd"/>
      <w:r>
        <w:t xml:space="preserve"> vb.) </w:t>
      </w:r>
      <w:proofErr w:type="spellStart"/>
      <w:r>
        <w:t>yeterlidir</w:t>
      </w:r>
      <w:proofErr w:type="spellEnd"/>
      <w:r>
        <w:t>.</w:t>
      </w:r>
    </w:p>
    <w:p w14:paraId="4AACB627" w14:textId="77777777" w:rsidR="00EE569C" w:rsidRDefault="00015841">
      <w:pPr>
        <w:pStyle w:val="ListeNumaras"/>
      </w:pPr>
      <w:proofErr w:type="spellStart"/>
      <w:r>
        <w:t>Yöneticiler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alırken</w:t>
      </w:r>
      <w:proofErr w:type="spellEnd"/>
      <w:r>
        <w:t xml:space="preserve">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personelin</w:t>
      </w:r>
      <w:proofErr w:type="spellEnd"/>
      <w:r>
        <w:t xml:space="preserve"> </w:t>
      </w:r>
      <w:proofErr w:type="spellStart"/>
      <w:r>
        <w:t>görüşlerini</w:t>
      </w:r>
      <w:proofErr w:type="spellEnd"/>
      <w:r>
        <w:t xml:space="preserve"> </w:t>
      </w:r>
      <w:proofErr w:type="spellStart"/>
      <w:r>
        <w:t>dikkate</w:t>
      </w:r>
      <w:proofErr w:type="spellEnd"/>
      <w:r>
        <w:t xml:space="preserve"> </w:t>
      </w:r>
      <w:proofErr w:type="spellStart"/>
      <w:r>
        <w:t>almaktadır</w:t>
      </w:r>
      <w:proofErr w:type="spellEnd"/>
      <w:r>
        <w:t>.</w:t>
      </w:r>
    </w:p>
    <w:p w14:paraId="5ED4D57A" w14:textId="77777777" w:rsidR="00EE569C" w:rsidRDefault="00015841">
      <w:pPr>
        <w:pStyle w:val="ListeNumaras"/>
      </w:pPr>
      <w:proofErr w:type="spellStart"/>
      <w:r>
        <w:t>Kurum</w:t>
      </w:r>
      <w:proofErr w:type="spellEnd"/>
      <w:r>
        <w:t xml:space="preserve"> </w:t>
      </w:r>
      <w:proofErr w:type="spellStart"/>
      <w:r>
        <w:t>bünyesinde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etkinlikler</w:t>
      </w:r>
      <w:proofErr w:type="spellEnd"/>
      <w:r>
        <w:t xml:space="preserve"> </w:t>
      </w:r>
      <w:proofErr w:type="spellStart"/>
      <w:r>
        <w:t>yapılmaktadır</w:t>
      </w:r>
      <w:proofErr w:type="spellEnd"/>
      <w:r>
        <w:t>.</w:t>
      </w:r>
    </w:p>
    <w:p w14:paraId="260E84F6" w14:textId="77777777" w:rsidR="00EE569C" w:rsidRDefault="00015841">
      <w:pPr>
        <w:pStyle w:val="ListeNumaras"/>
      </w:pPr>
      <w:proofErr w:type="spellStart"/>
      <w:r>
        <w:t>Yönetim</w:t>
      </w:r>
      <w:proofErr w:type="spellEnd"/>
      <w:r>
        <w:t xml:space="preserve">,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personelin</w:t>
      </w:r>
      <w:proofErr w:type="spellEnd"/>
      <w:r>
        <w:t xml:space="preserve"> </w:t>
      </w:r>
      <w:proofErr w:type="spellStart"/>
      <w:r>
        <w:t>fikirlerini</w:t>
      </w:r>
      <w:proofErr w:type="spellEnd"/>
      <w:r>
        <w:t xml:space="preserve"> </w:t>
      </w:r>
      <w:proofErr w:type="spellStart"/>
      <w:r>
        <w:t>teşvik</w:t>
      </w:r>
      <w:proofErr w:type="spellEnd"/>
      <w:r>
        <w:t xml:space="preserve"> </w:t>
      </w:r>
      <w:proofErr w:type="spellStart"/>
      <w:r>
        <w:t>edici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destekleyici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tutum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>.</w:t>
      </w:r>
    </w:p>
    <w:p w14:paraId="160F8A77" w14:textId="77777777" w:rsidR="00EE569C" w:rsidRDefault="00015841">
      <w:pPr>
        <w:pStyle w:val="ListeNumaras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personele</w:t>
      </w:r>
      <w:proofErr w:type="spellEnd"/>
      <w:r>
        <w:t xml:space="preserve"> </w:t>
      </w:r>
      <w:proofErr w:type="spellStart"/>
      <w:r>
        <w:t>yeteneklerini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alanlarda</w:t>
      </w:r>
      <w:proofErr w:type="spellEnd"/>
      <w:r>
        <w:t xml:space="preserve"> </w:t>
      </w:r>
      <w:proofErr w:type="spellStart"/>
      <w:r>
        <w:t>kullanma</w:t>
      </w:r>
      <w:proofErr w:type="spellEnd"/>
      <w:r>
        <w:t xml:space="preserve"> </w:t>
      </w:r>
      <w:proofErr w:type="spellStart"/>
      <w:r>
        <w:t>imkânı</w:t>
      </w:r>
      <w:proofErr w:type="spellEnd"/>
      <w:r>
        <w:t xml:space="preserve"> </w:t>
      </w:r>
      <w:proofErr w:type="spellStart"/>
      <w:r>
        <w:t>verilmektedir</w:t>
      </w:r>
      <w:proofErr w:type="spellEnd"/>
      <w:r>
        <w:t>.</w:t>
      </w:r>
    </w:p>
    <w:p w14:paraId="6D3FBA70" w14:textId="77777777" w:rsidR="00EE569C" w:rsidRDefault="00015841">
      <w:pPr>
        <w:pStyle w:val="ListeNumaras"/>
      </w:pPr>
      <w:r>
        <w:t xml:space="preserve">Bu </w:t>
      </w:r>
      <w:proofErr w:type="spellStart"/>
      <w:r>
        <w:t>kurumun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mensubu</w:t>
      </w:r>
      <w:proofErr w:type="spellEnd"/>
      <w:r>
        <w:t xml:space="preserve"> </w:t>
      </w:r>
      <w:proofErr w:type="spellStart"/>
      <w:r>
        <w:t>olmaktan</w:t>
      </w:r>
      <w:proofErr w:type="spellEnd"/>
      <w:r>
        <w:t xml:space="preserve"> </w:t>
      </w:r>
      <w:proofErr w:type="spellStart"/>
      <w:r>
        <w:t>mutluyum</w:t>
      </w:r>
      <w:proofErr w:type="spellEnd"/>
      <w:r>
        <w:t>.</w:t>
      </w:r>
    </w:p>
    <w:p w14:paraId="40E05845" w14:textId="77777777" w:rsidR="00EE569C" w:rsidRDefault="00015841">
      <w:pPr>
        <w:pStyle w:val="ListeNumaras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personelin</w:t>
      </w:r>
      <w:proofErr w:type="spellEnd"/>
      <w:r>
        <w:t xml:space="preserve"> </w:t>
      </w:r>
      <w:proofErr w:type="spellStart"/>
      <w:r>
        <w:t>yapacağı</w:t>
      </w:r>
      <w:proofErr w:type="spellEnd"/>
      <w:r>
        <w:t xml:space="preserve"> </w:t>
      </w:r>
      <w:proofErr w:type="spellStart"/>
      <w:r>
        <w:t>görevler</w:t>
      </w:r>
      <w:proofErr w:type="spellEnd"/>
      <w:r>
        <w:t xml:space="preserve">, </w:t>
      </w:r>
      <w:proofErr w:type="spellStart"/>
      <w:r>
        <w:t>açık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net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tanımlanmıştır</w:t>
      </w:r>
      <w:proofErr w:type="spellEnd"/>
      <w:r>
        <w:t>.</w:t>
      </w:r>
    </w:p>
    <w:p w14:paraId="79A71306" w14:textId="77777777" w:rsidR="00EE569C" w:rsidRDefault="00015841">
      <w:pPr>
        <w:pStyle w:val="ListeNumaras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personele</w:t>
      </w:r>
      <w:proofErr w:type="spellEnd"/>
      <w:r>
        <w:t xml:space="preserve"> </w:t>
      </w:r>
      <w:proofErr w:type="spellStart"/>
      <w:r>
        <w:t>görevlerini</w:t>
      </w:r>
      <w:proofErr w:type="spellEnd"/>
      <w:r>
        <w:t xml:space="preserve"> </w:t>
      </w:r>
      <w:proofErr w:type="spellStart"/>
      <w:r>
        <w:t>yerine</w:t>
      </w:r>
      <w:proofErr w:type="spellEnd"/>
      <w:r>
        <w:t xml:space="preserve"> </w:t>
      </w:r>
      <w:proofErr w:type="spellStart"/>
      <w:r>
        <w:t>getirebilmeleri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özgürlük</w:t>
      </w:r>
      <w:proofErr w:type="spellEnd"/>
      <w:r>
        <w:t xml:space="preserve"> </w:t>
      </w:r>
      <w:proofErr w:type="spellStart"/>
      <w:r>
        <w:t>verilmektedir</w:t>
      </w:r>
      <w:proofErr w:type="spellEnd"/>
      <w:r>
        <w:t>.</w:t>
      </w:r>
    </w:p>
    <w:p w14:paraId="1991C3B8" w14:textId="77777777" w:rsidR="00EE569C" w:rsidRDefault="00015841">
      <w:pPr>
        <w:pStyle w:val="ListeNumaras"/>
      </w:pPr>
      <w:proofErr w:type="spellStart"/>
      <w:r>
        <w:t>Yönetim</w:t>
      </w:r>
      <w:proofErr w:type="spellEnd"/>
      <w:r>
        <w:t xml:space="preserve">,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iletilen</w:t>
      </w:r>
      <w:proofErr w:type="spellEnd"/>
      <w:r>
        <w:t xml:space="preserve"> </w:t>
      </w:r>
      <w:proofErr w:type="spellStart"/>
      <w:r>
        <w:t>şikayetleri</w:t>
      </w:r>
      <w:proofErr w:type="spellEnd"/>
      <w:r>
        <w:t xml:space="preserve"> </w:t>
      </w:r>
      <w:proofErr w:type="spellStart"/>
      <w:r>
        <w:t>dikkate</w:t>
      </w:r>
      <w:proofErr w:type="spellEnd"/>
      <w:r>
        <w:t xml:space="preserve"> </w:t>
      </w:r>
      <w:proofErr w:type="spellStart"/>
      <w:r>
        <w:t>alır</w:t>
      </w:r>
      <w:proofErr w:type="spellEnd"/>
      <w:r>
        <w:t>.</w:t>
      </w:r>
    </w:p>
    <w:p w14:paraId="080E2B1C" w14:textId="77777777" w:rsidR="00EE569C" w:rsidRDefault="00015841">
      <w:pPr>
        <w:pStyle w:val="ListeNumaras"/>
      </w:pPr>
      <w:proofErr w:type="spellStart"/>
      <w:r>
        <w:t>Yönetim</w:t>
      </w:r>
      <w:proofErr w:type="spellEnd"/>
      <w:r>
        <w:t xml:space="preserve"> </w:t>
      </w:r>
      <w:proofErr w:type="spellStart"/>
      <w:r>
        <w:t>başarılarımı</w:t>
      </w:r>
      <w:proofErr w:type="spellEnd"/>
      <w:r>
        <w:t xml:space="preserve"> </w:t>
      </w:r>
      <w:proofErr w:type="spellStart"/>
      <w:r>
        <w:t>takdir</w:t>
      </w:r>
      <w:proofErr w:type="spellEnd"/>
      <w:r>
        <w:t xml:space="preserve"> </w:t>
      </w:r>
      <w:proofErr w:type="spellStart"/>
      <w:r>
        <w:t>eder</w:t>
      </w:r>
      <w:proofErr w:type="spellEnd"/>
      <w:r>
        <w:t>.</w:t>
      </w:r>
    </w:p>
    <w:p w14:paraId="22988CAB" w14:textId="77777777" w:rsidR="00EE569C" w:rsidRDefault="00015841">
      <w:pPr>
        <w:pStyle w:val="ListeNumaras"/>
      </w:pPr>
      <w:proofErr w:type="spellStart"/>
      <w:r>
        <w:t>Yönetim</w:t>
      </w:r>
      <w:proofErr w:type="spellEnd"/>
      <w:r>
        <w:t xml:space="preserve">, </w:t>
      </w:r>
      <w:proofErr w:type="spellStart"/>
      <w:r>
        <w:t>sorunları</w:t>
      </w:r>
      <w:proofErr w:type="spellEnd"/>
      <w:r>
        <w:t xml:space="preserve"> </w:t>
      </w:r>
      <w:proofErr w:type="spellStart"/>
      <w:r>
        <w:t>çözmeye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yaklaşımlar</w:t>
      </w:r>
      <w:proofErr w:type="spellEnd"/>
      <w:r>
        <w:t xml:space="preserve"> </w:t>
      </w:r>
      <w:proofErr w:type="spellStart"/>
      <w:r>
        <w:t>gösterir</w:t>
      </w:r>
      <w:proofErr w:type="spellEnd"/>
      <w:r>
        <w:t>.</w:t>
      </w:r>
    </w:p>
    <w:p w14:paraId="51593823" w14:textId="77777777" w:rsidR="00EE569C" w:rsidRDefault="00015841">
      <w:pPr>
        <w:pStyle w:val="ListeNumaras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personel</w:t>
      </w:r>
      <w:proofErr w:type="spellEnd"/>
      <w:r>
        <w:t xml:space="preserve">, </w:t>
      </w:r>
      <w:proofErr w:type="spellStart"/>
      <w:r>
        <w:t>kurum</w:t>
      </w:r>
      <w:proofErr w:type="spellEnd"/>
      <w:r>
        <w:t xml:space="preserve"> </w:t>
      </w:r>
      <w:proofErr w:type="spellStart"/>
      <w:r>
        <w:t>içindeki</w:t>
      </w:r>
      <w:proofErr w:type="spellEnd"/>
      <w:r>
        <w:t xml:space="preserve"> </w:t>
      </w:r>
      <w:proofErr w:type="spellStart"/>
      <w:r>
        <w:t>gelişmeler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proofErr w:type="spellStart"/>
      <w:r>
        <w:t>çalışmaların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bilgilendirilir</w:t>
      </w:r>
      <w:proofErr w:type="spellEnd"/>
      <w:r>
        <w:t>.</w:t>
      </w:r>
    </w:p>
    <w:p w14:paraId="66CB8382" w14:textId="77777777" w:rsidR="00EE569C" w:rsidRDefault="00015841">
      <w:pPr>
        <w:pStyle w:val="ListeNumaras"/>
      </w:pPr>
      <w:proofErr w:type="spellStart"/>
      <w:r>
        <w:t>Birimim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yeniliklere</w:t>
      </w:r>
      <w:proofErr w:type="spellEnd"/>
      <w:r>
        <w:t xml:space="preserve"> </w:t>
      </w:r>
      <w:proofErr w:type="spellStart"/>
      <w:r>
        <w:t>uyum</w:t>
      </w:r>
      <w:proofErr w:type="spellEnd"/>
      <w:r>
        <w:t xml:space="preserve"> </w:t>
      </w:r>
      <w:proofErr w:type="spellStart"/>
      <w:r>
        <w:t>sağlayabilmektedir</w:t>
      </w:r>
      <w:proofErr w:type="spellEnd"/>
      <w:r>
        <w:t>.</w:t>
      </w:r>
    </w:p>
    <w:p w14:paraId="2881088A" w14:textId="77777777" w:rsidR="00EE569C" w:rsidRDefault="00015841">
      <w:pPr>
        <w:pStyle w:val="ListeNumaras"/>
      </w:pPr>
      <w:proofErr w:type="spellStart"/>
      <w:r>
        <w:t>Yönetim</w:t>
      </w:r>
      <w:proofErr w:type="spellEnd"/>
      <w:r>
        <w:t xml:space="preserve"> </w:t>
      </w:r>
      <w:proofErr w:type="spellStart"/>
      <w:r>
        <w:t>idari</w:t>
      </w:r>
      <w:proofErr w:type="spellEnd"/>
      <w:r>
        <w:t xml:space="preserve"> </w:t>
      </w:r>
      <w:proofErr w:type="spellStart"/>
      <w:r>
        <w:t>personellere</w:t>
      </w:r>
      <w:proofErr w:type="spellEnd"/>
      <w:r>
        <w:t xml:space="preserve"> </w:t>
      </w:r>
      <w:proofErr w:type="spellStart"/>
      <w:r>
        <w:t>eşit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adil</w:t>
      </w:r>
      <w:proofErr w:type="spellEnd"/>
      <w:r>
        <w:t xml:space="preserve"> </w:t>
      </w:r>
      <w:proofErr w:type="spellStart"/>
      <w:r>
        <w:t>davranmaktadır</w:t>
      </w:r>
      <w:proofErr w:type="spellEnd"/>
      <w:r>
        <w:t>.</w:t>
      </w:r>
    </w:p>
    <w:p w14:paraId="793168B3" w14:textId="77777777" w:rsidR="00EE569C" w:rsidRDefault="00015841">
      <w:pPr>
        <w:pStyle w:val="ListeNumaras"/>
      </w:pPr>
      <w:proofErr w:type="spellStart"/>
      <w:r>
        <w:t>Çalışma</w:t>
      </w:r>
      <w:proofErr w:type="spellEnd"/>
      <w:r>
        <w:t xml:space="preserve"> </w:t>
      </w:r>
      <w:proofErr w:type="spellStart"/>
      <w:r>
        <w:t>ortamımın</w:t>
      </w:r>
      <w:proofErr w:type="spellEnd"/>
      <w:r>
        <w:t xml:space="preserve"> </w:t>
      </w:r>
      <w:proofErr w:type="spellStart"/>
      <w:r>
        <w:t>fiziksel</w:t>
      </w:r>
      <w:proofErr w:type="spellEnd"/>
      <w:r>
        <w:t xml:space="preserve"> </w:t>
      </w:r>
      <w:proofErr w:type="spellStart"/>
      <w:r>
        <w:t>şartları</w:t>
      </w:r>
      <w:proofErr w:type="spellEnd"/>
      <w:r>
        <w:t xml:space="preserve"> </w:t>
      </w:r>
      <w:proofErr w:type="spellStart"/>
      <w:r>
        <w:t>işime</w:t>
      </w:r>
      <w:proofErr w:type="spellEnd"/>
      <w:r>
        <w:t xml:space="preserve"> </w:t>
      </w:r>
      <w:proofErr w:type="spellStart"/>
      <w:r>
        <w:t>uygundur</w:t>
      </w:r>
      <w:proofErr w:type="spellEnd"/>
      <w:r>
        <w:t>.</w:t>
      </w:r>
    </w:p>
    <w:p w14:paraId="778AA1AC" w14:textId="77777777" w:rsidR="00EE569C" w:rsidRDefault="00015841">
      <w:pPr>
        <w:pStyle w:val="ListeNumaras"/>
      </w:pPr>
      <w:proofErr w:type="spellStart"/>
      <w:r>
        <w:t>İşimi</w:t>
      </w:r>
      <w:proofErr w:type="spellEnd"/>
      <w:r>
        <w:t xml:space="preserve"> </w:t>
      </w:r>
      <w:proofErr w:type="spellStart"/>
      <w:r>
        <w:t>yapabilmek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donanım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sağlanmaktadır</w:t>
      </w:r>
      <w:proofErr w:type="spellEnd"/>
      <w:r>
        <w:t>.</w:t>
      </w:r>
    </w:p>
    <w:p w14:paraId="1C692D10" w14:textId="77777777" w:rsidR="00EE569C" w:rsidRDefault="00015841">
      <w:pPr>
        <w:pStyle w:val="ListeNumaras"/>
      </w:pPr>
      <w:proofErr w:type="spellStart"/>
      <w:r>
        <w:t>Eklemek</w:t>
      </w:r>
      <w:proofErr w:type="spellEnd"/>
      <w:r>
        <w:t xml:space="preserve"> </w:t>
      </w:r>
      <w:proofErr w:type="spellStart"/>
      <w:r>
        <w:t>istediğiniz</w:t>
      </w:r>
      <w:proofErr w:type="spellEnd"/>
      <w:r>
        <w:t xml:space="preserve"> </w:t>
      </w:r>
      <w:proofErr w:type="spellStart"/>
      <w:r>
        <w:t>görüş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önerilerinizi</w:t>
      </w:r>
      <w:proofErr w:type="spellEnd"/>
      <w:r>
        <w:t xml:space="preserve"> </w:t>
      </w:r>
      <w:proofErr w:type="spellStart"/>
      <w:r>
        <w:t>lütfen</w:t>
      </w:r>
      <w:proofErr w:type="spellEnd"/>
      <w:r>
        <w:t xml:space="preserve"> </w:t>
      </w:r>
      <w:proofErr w:type="spellStart"/>
      <w:r>
        <w:t>aşağıya</w:t>
      </w:r>
      <w:proofErr w:type="spellEnd"/>
      <w:r>
        <w:t xml:space="preserve"> </w:t>
      </w:r>
      <w:proofErr w:type="spellStart"/>
      <w:r>
        <w:t>yazınız</w:t>
      </w:r>
      <w:proofErr w:type="spellEnd"/>
      <w:r>
        <w:t>.</w:t>
      </w:r>
    </w:p>
    <w:sectPr w:rsidR="00EE569C" w:rsidSect="00034616">
      <w:footerReference w:type="default" r:id="rId39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A9005" w14:textId="77777777" w:rsidR="00501472" w:rsidRDefault="00501472">
      <w:pPr>
        <w:spacing w:after="0" w:line="240" w:lineRule="auto"/>
      </w:pPr>
      <w:r>
        <w:separator/>
      </w:r>
    </w:p>
  </w:endnote>
  <w:endnote w:type="continuationSeparator" w:id="0">
    <w:p w14:paraId="006FC2B0" w14:textId="77777777" w:rsidR="00501472" w:rsidRDefault="0050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81980" w14:textId="77777777" w:rsidR="00081E93" w:rsidRDefault="00081E93">
    <w:pPr>
      <w:pStyle w:val="AltBilgi"/>
      <w:jc w:val="center"/>
    </w:pPr>
    <w:r>
      <w:fldChar w:fldCharType="begin"/>
    </w:r>
    <w:r>
      <w:instrText>PAGE</w:instrText>
    </w:r>
    <w:r>
      <w:fldChar w:fldCharType="separate"/>
    </w:r>
    <w:r w:rsidR="000F48EE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A7DCD" w14:textId="77777777" w:rsidR="00501472" w:rsidRDefault="00501472">
      <w:pPr>
        <w:spacing w:after="0" w:line="240" w:lineRule="auto"/>
      </w:pPr>
      <w:r>
        <w:separator/>
      </w:r>
    </w:p>
  </w:footnote>
  <w:footnote w:type="continuationSeparator" w:id="0">
    <w:p w14:paraId="07942327" w14:textId="77777777" w:rsidR="00501472" w:rsidRDefault="00501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E2E6E4B"/>
    <w:multiLevelType w:val="multilevel"/>
    <w:tmpl w:val="0F1C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1535350">
    <w:abstractNumId w:val="8"/>
  </w:num>
  <w:num w:numId="2" w16cid:durableId="78604690">
    <w:abstractNumId w:val="6"/>
  </w:num>
  <w:num w:numId="3" w16cid:durableId="1451053679">
    <w:abstractNumId w:val="5"/>
  </w:num>
  <w:num w:numId="4" w16cid:durableId="1236237381">
    <w:abstractNumId w:val="4"/>
  </w:num>
  <w:num w:numId="5" w16cid:durableId="150562151">
    <w:abstractNumId w:val="7"/>
  </w:num>
  <w:num w:numId="6" w16cid:durableId="661200214">
    <w:abstractNumId w:val="3"/>
  </w:num>
  <w:num w:numId="7" w16cid:durableId="1746220181">
    <w:abstractNumId w:val="2"/>
  </w:num>
  <w:num w:numId="8" w16cid:durableId="112791537">
    <w:abstractNumId w:val="1"/>
  </w:num>
  <w:num w:numId="9" w16cid:durableId="328023229">
    <w:abstractNumId w:val="0"/>
  </w:num>
  <w:num w:numId="10" w16cid:durableId="9266956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5841"/>
    <w:rsid w:val="00033718"/>
    <w:rsid w:val="00034616"/>
    <w:rsid w:val="0006063C"/>
    <w:rsid w:val="00081E93"/>
    <w:rsid w:val="00090CD7"/>
    <w:rsid w:val="000F48EE"/>
    <w:rsid w:val="0015074B"/>
    <w:rsid w:val="0023481C"/>
    <w:rsid w:val="002525EB"/>
    <w:rsid w:val="0029639D"/>
    <w:rsid w:val="002C2D5A"/>
    <w:rsid w:val="00307D11"/>
    <w:rsid w:val="00326F90"/>
    <w:rsid w:val="00386F75"/>
    <w:rsid w:val="003951D8"/>
    <w:rsid w:val="003F0491"/>
    <w:rsid w:val="00457051"/>
    <w:rsid w:val="004E02F3"/>
    <w:rsid w:val="00501472"/>
    <w:rsid w:val="00531F48"/>
    <w:rsid w:val="006B587C"/>
    <w:rsid w:val="00720E8B"/>
    <w:rsid w:val="00794402"/>
    <w:rsid w:val="007B70B7"/>
    <w:rsid w:val="00892D1F"/>
    <w:rsid w:val="0090159C"/>
    <w:rsid w:val="00910199"/>
    <w:rsid w:val="009312EC"/>
    <w:rsid w:val="00A01F20"/>
    <w:rsid w:val="00AA1D8D"/>
    <w:rsid w:val="00AB2F53"/>
    <w:rsid w:val="00B45E37"/>
    <w:rsid w:val="00B47730"/>
    <w:rsid w:val="00C5445F"/>
    <w:rsid w:val="00C6436D"/>
    <w:rsid w:val="00CB0664"/>
    <w:rsid w:val="00CD5EF0"/>
    <w:rsid w:val="00D544FC"/>
    <w:rsid w:val="00DF6888"/>
    <w:rsid w:val="00E21FB9"/>
    <w:rsid w:val="00EE569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C210D8"/>
  <w14:defaultImageDpi w14:val="300"/>
  <w15:docId w15:val="{43575BCC-BA95-424D-8513-F907583BC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eastAsia="Calibri" w:hAnsi="Calibri"/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fault">
    <w:name w:val="Default"/>
    <w:rsid w:val="0001584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/>
    </w:rPr>
  </w:style>
  <w:style w:type="paragraph" w:customStyle="1" w:styleId="Heading1Custom">
    <w:name w:val="Heading1Custom"/>
    <w:rsid w:val="00015841"/>
    <w:pPr>
      <w:spacing w:before="200" w:after="80"/>
    </w:pPr>
    <w:rPr>
      <w:rFonts w:ascii="Calibri" w:eastAsia="Calibri" w:hAnsi="Calibri"/>
      <w:b/>
      <w:color w:val="17365D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C065A3-847C-4E17-BF27-47553212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21</Pages>
  <Words>3318</Words>
  <Characters>18918</Characters>
  <Application>Microsoft Office Word</Application>
  <DocSecurity>0</DocSecurity>
  <Lines>157</Lines>
  <Paragraphs>44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22192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Lenovo</cp:lastModifiedBy>
  <cp:revision>6</cp:revision>
  <dcterms:created xsi:type="dcterms:W3CDTF">2013-12-23T23:15:00Z</dcterms:created>
  <dcterms:modified xsi:type="dcterms:W3CDTF">2026-04-20T07:28:00Z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4f549cf4-428d-45cb-b127-7340d13c9250</vt:lpwstr>
  </property>
</Properties>
</file>